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AB043C" w14:textId="6F14F9C7" w:rsidR="00D06CF4" w:rsidRPr="003A710D" w:rsidRDefault="00034FF3" w:rsidP="00AA6C54">
      <w:pPr>
        <w:rPr>
          <w:rFonts w:ascii="BalooBhaijaan" w:eastAsiaTheme="majorEastAsia" w:hAnsi="BalooBhaijaan" w:cs="BalooBhaijaan"/>
          <w:color w:val="21266E" w:themeColor="accent1" w:themeShade="BF"/>
          <w:sz w:val="36"/>
          <w:szCs w:val="36"/>
        </w:rPr>
      </w:pPr>
      <w:r w:rsidRPr="003A710D">
        <w:rPr>
          <w:rFonts w:ascii="Arial" w:hAnsi="Arial" w:cs="Arial"/>
          <w:b/>
          <w:noProof/>
          <w:sz w:val="28"/>
          <w:szCs w:val="20"/>
        </w:rPr>
        <w:drawing>
          <wp:anchor distT="0" distB="0" distL="114300" distR="114300" simplePos="0" relativeHeight="251658240" behindDoc="1" locked="0" layoutInCell="1" allowOverlap="1" wp14:anchorId="0E4499FC" wp14:editId="63909815">
            <wp:simplePos x="0" y="0"/>
            <wp:positionH relativeFrom="column">
              <wp:posOffset>4575175</wp:posOffset>
            </wp:positionH>
            <wp:positionV relativeFrom="paragraph">
              <wp:posOffset>-358775</wp:posOffset>
            </wp:positionV>
            <wp:extent cx="2289870" cy="600075"/>
            <wp:effectExtent l="0" t="0" r="0" b="0"/>
            <wp:wrapNone/>
            <wp:docPr id="15303894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389420" name="Picture 1530389420"/>
                    <pic:cNvPicPr/>
                  </pic:nvPicPr>
                  <pic:blipFill>
                    <a:blip r:embed="rId11"/>
                    <a:stretch>
                      <a:fillRect/>
                    </a:stretch>
                  </pic:blipFill>
                  <pic:spPr>
                    <a:xfrm>
                      <a:off x="0" y="0"/>
                      <a:ext cx="2289870" cy="600075"/>
                    </a:xfrm>
                    <a:prstGeom prst="rect">
                      <a:avLst/>
                    </a:prstGeom>
                  </pic:spPr>
                </pic:pic>
              </a:graphicData>
            </a:graphic>
            <wp14:sizeRelH relativeFrom="page">
              <wp14:pctWidth>0</wp14:pctWidth>
            </wp14:sizeRelH>
            <wp14:sizeRelV relativeFrom="page">
              <wp14:pctHeight>0</wp14:pctHeight>
            </wp14:sizeRelV>
          </wp:anchor>
        </w:drawing>
      </w:r>
      <w:r w:rsidR="00D43D52" w:rsidRPr="003A710D">
        <w:rPr>
          <w:b/>
          <w:sz w:val="30"/>
        </w:rPr>
        <w:t>J</w:t>
      </w:r>
      <w:r w:rsidRPr="003A710D">
        <w:rPr>
          <w:rFonts w:ascii="Arial" w:hAnsi="Arial" w:cs="Arial"/>
          <w:b/>
          <w:sz w:val="28"/>
          <w:szCs w:val="20"/>
        </w:rPr>
        <w:t>OB APPLICATION FORM</w:t>
      </w:r>
    </w:p>
    <w:p w14:paraId="27CE4B1D" w14:textId="77777777" w:rsidR="00D06CF4" w:rsidRPr="003A710D" w:rsidRDefault="00F519B3" w:rsidP="00AA6C54">
      <w:pPr>
        <w:rPr>
          <w:rFonts w:ascii="Arial" w:hAnsi="Arial" w:cs="Arial"/>
        </w:rPr>
      </w:pPr>
      <w:r w:rsidRPr="003A710D">
        <w:rPr>
          <w:rFonts w:ascii="Arial" w:hAnsi="Arial" w:cs="Arial"/>
          <w:b/>
          <w:sz w:val="24"/>
        </w:rPr>
        <w:t>Engagement Officer</w:t>
      </w:r>
    </w:p>
    <w:p w14:paraId="5CAFBCCC" w14:textId="49B2EECF" w:rsidR="00DA4E62" w:rsidRPr="00DA4E62" w:rsidRDefault="00DA4E62" w:rsidP="00AA6C54">
      <w:pPr>
        <w:rPr>
          <w:rFonts w:ascii="Arial" w:hAnsi="Arial" w:cs="Arial"/>
          <w:b/>
          <w:bCs/>
        </w:rPr>
      </w:pPr>
      <w:r w:rsidRPr="00DA4E62">
        <w:rPr>
          <w:rFonts w:ascii="Arial" w:hAnsi="Arial" w:cs="Arial"/>
          <w:b/>
          <w:bCs/>
        </w:rPr>
        <w:t>Please attach a copy of your most recent CV to support your application.</w:t>
      </w:r>
    </w:p>
    <w:p w14:paraId="30245ECB" w14:textId="0DD5C33D" w:rsidR="00D06CF4" w:rsidRDefault="00F519B3" w:rsidP="00AA6C54">
      <w:pPr>
        <w:rPr>
          <w:rFonts w:ascii="Arial" w:hAnsi="Arial" w:cs="Arial"/>
          <w:i/>
        </w:rPr>
      </w:pPr>
      <w:r w:rsidRPr="003A710D">
        <w:rPr>
          <w:rFonts w:ascii="Arial" w:hAnsi="Arial" w:cs="Arial"/>
          <w:i/>
        </w:rPr>
        <w:t>Please complete all relevant sections. Your application will be assessed against the requirements of the role.</w:t>
      </w:r>
    </w:p>
    <w:p w14:paraId="7E55619E" w14:textId="5CD3E908" w:rsidR="00D06CF4" w:rsidRPr="003A710D" w:rsidRDefault="00F519B3">
      <w:pPr>
        <w:rPr>
          <w:rFonts w:ascii="Arial" w:hAnsi="Arial" w:cs="Arial"/>
        </w:rPr>
      </w:pPr>
      <w:r w:rsidRPr="003A710D">
        <w:rPr>
          <w:rFonts w:ascii="Arial" w:hAnsi="Arial" w:cs="Arial"/>
          <w:b/>
        </w:rPr>
        <w:t xml:space="preserve">About the role: </w:t>
      </w:r>
      <w:r w:rsidRPr="003A710D">
        <w:rPr>
          <w:rFonts w:ascii="Arial" w:hAnsi="Arial" w:cs="Arial"/>
        </w:rPr>
        <w:t>The Engagement Officer builds relationships with unpaid carers, communities and partner organisations across Dorset</w:t>
      </w:r>
      <w:r w:rsidR="00B42FA1">
        <w:rPr>
          <w:rFonts w:ascii="Arial" w:hAnsi="Arial" w:cs="Arial"/>
        </w:rPr>
        <w:t xml:space="preserve">. The role </w:t>
      </w:r>
      <w:r w:rsidRPr="003A710D">
        <w:rPr>
          <w:rFonts w:ascii="Arial" w:hAnsi="Arial" w:cs="Arial"/>
        </w:rPr>
        <w:t>promotes Leonardo Carer Support</w:t>
      </w:r>
      <w:r w:rsidR="00DC5222">
        <w:rPr>
          <w:rFonts w:ascii="Arial" w:hAnsi="Arial" w:cs="Arial"/>
        </w:rPr>
        <w:t xml:space="preserve">, </w:t>
      </w:r>
      <w:r w:rsidRPr="003A710D">
        <w:rPr>
          <w:rFonts w:ascii="Arial" w:hAnsi="Arial" w:cs="Arial"/>
        </w:rPr>
        <w:t>its services</w:t>
      </w:r>
      <w:r w:rsidR="00DC5222">
        <w:rPr>
          <w:rFonts w:ascii="Arial" w:hAnsi="Arial" w:cs="Arial"/>
        </w:rPr>
        <w:t xml:space="preserve"> and</w:t>
      </w:r>
      <w:r w:rsidRPr="003A710D">
        <w:rPr>
          <w:rFonts w:ascii="Arial" w:hAnsi="Arial" w:cs="Arial"/>
        </w:rPr>
        <w:t xml:space="preserve"> supports partnership working and contributes to service development.</w:t>
      </w:r>
    </w:p>
    <w:p w14:paraId="2C8EDC5E" w14:textId="77777777" w:rsidR="00D06CF4" w:rsidRPr="003A710D" w:rsidRDefault="00F519B3">
      <w:pPr>
        <w:spacing w:before="180" w:after="80"/>
        <w:rPr>
          <w:rFonts w:ascii="Arial" w:hAnsi="Arial" w:cs="Arial"/>
        </w:rPr>
      </w:pPr>
      <w:r w:rsidRPr="003A710D">
        <w:rPr>
          <w:rFonts w:ascii="Arial" w:hAnsi="Arial" w:cs="Arial"/>
          <w:b/>
          <w:sz w:val="26"/>
        </w:rPr>
        <w:t>1. Personal Information</w:t>
      </w:r>
    </w:p>
    <w:tbl>
      <w:tblPr>
        <w:tblStyle w:val="PlainTable1"/>
        <w:tblW w:w="0" w:type="auto"/>
        <w:shd w:val="clear" w:color="auto" w:fill="FFFFFF" w:themeFill="background1"/>
        <w:tblLook w:val="04A0" w:firstRow="1" w:lastRow="0" w:firstColumn="1" w:lastColumn="0" w:noHBand="0" w:noVBand="1"/>
      </w:tblPr>
      <w:tblGrid>
        <w:gridCol w:w="1980"/>
        <w:gridCol w:w="7812"/>
      </w:tblGrid>
      <w:tr w:rsidR="00D06CF4" w:rsidRPr="003A710D" w14:paraId="6CD103F8" w14:textId="77777777" w:rsidTr="00714BC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shd w:val="clear" w:color="auto" w:fill="FFFFFF" w:themeFill="background1"/>
          </w:tcPr>
          <w:p w14:paraId="7FA8C043" w14:textId="4930D43C" w:rsidR="00D06CF4" w:rsidRPr="003A710D" w:rsidRDefault="00D1105B">
            <w:pPr>
              <w:spacing w:after="40"/>
              <w:rPr>
                <w:rFonts w:ascii="Arial" w:hAnsi="Arial" w:cs="Arial"/>
              </w:rPr>
            </w:pPr>
            <w:r>
              <w:rPr>
                <w:rFonts w:ascii="Arial" w:hAnsi="Arial" w:cs="Arial"/>
              </w:rPr>
              <w:t>Name</w:t>
            </w:r>
          </w:p>
        </w:tc>
        <w:tc>
          <w:tcPr>
            <w:tcW w:w="7812" w:type="dxa"/>
            <w:shd w:val="clear" w:color="auto" w:fill="FFFFFF" w:themeFill="background1"/>
          </w:tcPr>
          <w:p w14:paraId="07E4BA70" w14:textId="6CF9CB79" w:rsidR="00D06CF4" w:rsidRPr="003A710D" w:rsidRDefault="00D06CF4">
            <w:pPr>
              <w:spacing w:after="40"/>
              <w:cnfStyle w:val="100000000000" w:firstRow="1" w:lastRow="0" w:firstColumn="0" w:lastColumn="0" w:oddVBand="0" w:evenVBand="0" w:oddHBand="0" w:evenHBand="0" w:firstRowFirstColumn="0" w:firstRowLastColumn="0" w:lastRowFirstColumn="0" w:lastRowLastColumn="0"/>
              <w:rPr>
                <w:rFonts w:ascii="Arial" w:hAnsi="Arial" w:cs="Arial"/>
              </w:rPr>
            </w:pPr>
          </w:p>
        </w:tc>
      </w:tr>
      <w:tr w:rsidR="00D06CF4" w:rsidRPr="003A710D" w14:paraId="2D6C7696" w14:textId="77777777" w:rsidTr="00714B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shd w:val="clear" w:color="auto" w:fill="FFFFFF" w:themeFill="background1"/>
          </w:tcPr>
          <w:p w14:paraId="29924485" w14:textId="77777777" w:rsidR="00D06CF4" w:rsidRPr="003A710D" w:rsidRDefault="00F519B3">
            <w:pPr>
              <w:spacing w:after="40"/>
              <w:rPr>
                <w:rFonts w:ascii="Arial" w:hAnsi="Arial" w:cs="Arial"/>
              </w:rPr>
            </w:pPr>
            <w:r w:rsidRPr="003A710D">
              <w:rPr>
                <w:rFonts w:ascii="Arial" w:hAnsi="Arial" w:cs="Arial"/>
              </w:rPr>
              <w:t>Preferred name</w:t>
            </w:r>
          </w:p>
        </w:tc>
        <w:tc>
          <w:tcPr>
            <w:tcW w:w="7812" w:type="dxa"/>
            <w:shd w:val="clear" w:color="auto" w:fill="FFFFFF" w:themeFill="background1"/>
          </w:tcPr>
          <w:p w14:paraId="6B5B6CDE" w14:textId="18586CA6" w:rsidR="00D06CF4" w:rsidRPr="003A710D" w:rsidRDefault="00D06CF4">
            <w:pPr>
              <w:spacing w:after="40"/>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D06CF4" w:rsidRPr="003A710D" w14:paraId="0259F7DD" w14:textId="77777777" w:rsidTr="00714BC1">
        <w:trPr>
          <w:trHeight w:val="519"/>
        </w:trPr>
        <w:tc>
          <w:tcPr>
            <w:cnfStyle w:val="001000000000" w:firstRow="0" w:lastRow="0" w:firstColumn="1" w:lastColumn="0" w:oddVBand="0" w:evenVBand="0" w:oddHBand="0" w:evenHBand="0" w:firstRowFirstColumn="0" w:firstRowLastColumn="0" w:lastRowFirstColumn="0" w:lastRowLastColumn="0"/>
            <w:tcW w:w="1980" w:type="dxa"/>
            <w:shd w:val="clear" w:color="auto" w:fill="FFFFFF" w:themeFill="background1"/>
          </w:tcPr>
          <w:p w14:paraId="350E2EBC" w14:textId="77777777" w:rsidR="00D06CF4" w:rsidRPr="003A710D" w:rsidRDefault="00F519B3">
            <w:pPr>
              <w:spacing w:after="40"/>
              <w:rPr>
                <w:rFonts w:ascii="Arial" w:hAnsi="Arial" w:cs="Arial"/>
              </w:rPr>
            </w:pPr>
            <w:r w:rsidRPr="003A710D">
              <w:rPr>
                <w:rFonts w:ascii="Arial" w:hAnsi="Arial" w:cs="Arial"/>
              </w:rPr>
              <w:t>Address</w:t>
            </w:r>
          </w:p>
        </w:tc>
        <w:tc>
          <w:tcPr>
            <w:tcW w:w="7812" w:type="dxa"/>
            <w:shd w:val="clear" w:color="auto" w:fill="FFFFFF" w:themeFill="background1"/>
          </w:tcPr>
          <w:p w14:paraId="01DE49AD" w14:textId="77777777" w:rsidR="00D06CF4" w:rsidRPr="003A710D" w:rsidRDefault="00D06CF4">
            <w:pPr>
              <w:spacing w:after="40"/>
              <w:cnfStyle w:val="000000000000" w:firstRow="0" w:lastRow="0" w:firstColumn="0" w:lastColumn="0" w:oddVBand="0" w:evenVBand="0" w:oddHBand="0" w:evenHBand="0" w:firstRowFirstColumn="0" w:firstRowLastColumn="0" w:lastRowFirstColumn="0" w:lastRowLastColumn="0"/>
              <w:rPr>
                <w:rFonts w:ascii="Arial" w:hAnsi="Arial" w:cs="Arial"/>
              </w:rPr>
            </w:pPr>
          </w:p>
          <w:p w14:paraId="7C23BEC1" w14:textId="134CDFAB" w:rsidR="002D05B2" w:rsidRPr="003A710D" w:rsidRDefault="002D05B2">
            <w:pPr>
              <w:spacing w:after="40"/>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D06CF4" w:rsidRPr="003A710D" w14:paraId="0E56EF15" w14:textId="77777777" w:rsidTr="00714B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shd w:val="clear" w:color="auto" w:fill="FFFFFF" w:themeFill="background1"/>
          </w:tcPr>
          <w:p w14:paraId="5086959A" w14:textId="77777777" w:rsidR="00D06CF4" w:rsidRPr="003A710D" w:rsidRDefault="00F519B3">
            <w:pPr>
              <w:spacing w:after="40"/>
              <w:rPr>
                <w:rFonts w:ascii="Arial" w:hAnsi="Arial" w:cs="Arial"/>
              </w:rPr>
            </w:pPr>
            <w:r w:rsidRPr="003A710D">
              <w:rPr>
                <w:rFonts w:ascii="Arial" w:hAnsi="Arial" w:cs="Arial"/>
              </w:rPr>
              <w:t>Postcode</w:t>
            </w:r>
          </w:p>
        </w:tc>
        <w:tc>
          <w:tcPr>
            <w:tcW w:w="7812" w:type="dxa"/>
            <w:shd w:val="clear" w:color="auto" w:fill="FFFFFF" w:themeFill="background1"/>
          </w:tcPr>
          <w:p w14:paraId="56261741" w14:textId="072D61EA" w:rsidR="00D06CF4" w:rsidRPr="003A710D" w:rsidRDefault="00D06CF4">
            <w:pPr>
              <w:spacing w:after="40"/>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D06CF4" w:rsidRPr="003A710D" w14:paraId="3C7C7EBE" w14:textId="77777777" w:rsidTr="00714BC1">
        <w:tc>
          <w:tcPr>
            <w:cnfStyle w:val="001000000000" w:firstRow="0" w:lastRow="0" w:firstColumn="1" w:lastColumn="0" w:oddVBand="0" w:evenVBand="0" w:oddHBand="0" w:evenHBand="0" w:firstRowFirstColumn="0" w:firstRowLastColumn="0" w:lastRowFirstColumn="0" w:lastRowLastColumn="0"/>
            <w:tcW w:w="1980" w:type="dxa"/>
            <w:shd w:val="clear" w:color="auto" w:fill="FFFFFF" w:themeFill="background1"/>
          </w:tcPr>
          <w:p w14:paraId="381EC3A2" w14:textId="77777777" w:rsidR="00D06CF4" w:rsidRPr="003A710D" w:rsidRDefault="00F519B3">
            <w:pPr>
              <w:spacing w:after="40"/>
              <w:rPr>
                <w:rFonts w:ascii="Arial" w:hAnsi="Arial" w:cs="Arial"/>
              </w:rPr>
            </w:pPr>
            <w:r w:rsidRPr="003A710D">
              <w:rPr>
                <w:rFonts w:ascii="Arial" w:hAnsi="Arial" w:cs="Arial"/>
              </w:rPr>
              <w:t>Telephone</w:t>
            </w:r>
          </w:p>
        </w:tc>
        <w:tc>
          <w:tcPr>
            <w:tcW w:w="7812" w:type="dxa"/>
            <w:shd w:val="clear" w:color="auto" w:fill="FFFFFF" w:themeFill="background1"/>
          </w:tcPr>
          <w:p w14:paraId="0F43F0E0" w14:textId="731209B9" w:rsidR="00D06CF4" w:rsidRPr="003A710D" w:rsidRDefault="00D06CF4">
            <w:pPr>
              <w:spacing w:after="40"/>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D06CF4" w:rsidRPr="003A710D" w14:paraId="7AED2E9F" w14:textId="77777777" w:rsidTr="00714B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shd w:val="clear" w:color="auto" w:fill="FFFFFF" w:themeFill="background1"/>
          </w:tcPr>
          <w:p w14:paraId="0F170FCD" w14:textId="77777777" w:rsidR="00D06CF4" w:rsidRPr="003A710D" w:rsidRDefault="00F519B3">
            <w:pPr>
              <w:spacing w:after="40"/>
              <w:rPr>
                <w:rFonts w:ascii="Arial" w:hAnsi="Arial" w:cs="Arial"/>
              </w:rPr>
            </w:pPr>
            <w:r w:rsidRPr="003A710D">
              <w:rPr>
                <w:rFonts w:ascii="Arial" w:hAnsi="Arial" w:cs="Arial"/>
              </w:rPr>
              <w:t>Email address</w:t>
            </w:r>
          </w:p>
        </w:tc>
        <w:tc>
          <w:tcPr>
            <w:tcW w:w="7812" w:type="dxa"/>
            <w:shd w:val="clear" w:color="auto" w:fill="FFFFFF" w:themeFill="background1"/>
          </w:tcPr>
          <w:p w14:paraId="02C5D79C" w14:textId="160BF57F" w:rsidR="00D06CF4" w:rsidRPr="003A710D" w:rsidRDefault="00D06CF4">
            <w:pPr>
              <w:spacing w:after="40"/>
              <w:cnfStyle w:val="000000100000" w:firstRow="0" w:lastRow="0" w:firstColumn="0" w:lastColumn="0" w:oddVBand="0" w:evenVBand="0" w:oddHBand="1" w:evenHBand="0" w:firstRowFirstColumn="0" w:firstRowLastColumn="0" w:lastRowFirstColumn="0" w:lastRowLastColumn="0"/>
              <w:rPr>
                <w:rFonts w:ascii="Arial" w:hAnsi="Arial" w:cs="Arial"/>
              </w:rPr>
            </w:pPr>
          </w:p>
        </w:tc>
      </w:tr>
    </w:tbl>
    <w:p w14:paraId="27640534" w14:textId="77777777" w:rsidR="00DA4E62" w:rsidRPr="00DA4E62" w:rsidRDefault="00DA4E62">
      <w:pPr>
        <w:rPr>
          <w:rFonts w:ascii="Arial" w:hAnsi="Arial" w:cs="Arial"/>
          <w:b/>
          <w:sz w:val="12"/>
          <w:szCs w:val="14"/>
        </w:rPr>
      </w:pPr>
    </w:p>
    <w:p w14:paraId="78227762" w14:textId="03C7E9E1" w:rsidR="00D06CF4" w:rsidRPr="003A710D" w:rsidRDefault="00F519B3">
      <w:pPr>
        <w:rPr>
          <w:rFonts w:ascii="Arial" w:hAnsi="Arial" w:cs="Arial"/>
        </w:rPr>
      </w:pPr>
      <w:r w:rsidRPr="003A710D">
        <w:rPr>
          <w:rFonts w:ascii="Arial" w:hAnsi="Arial" w:cs="Arial"/>
          <w:b/>
        </w:rPr>
        <w:t xml:space="preserve">Right to work: </w:t>
      </w:r>
      <w:r w:rsidRPr="003A710D">
        <w:rPr>
          <w:rFonts w:ascii="Arial" w:hAnsi="Arial" w:cs="Arial"/>
        </w:rPr>
        <w:t xml:space="preserve">Please confirm that you have the right to work in the UK: </w:t>
      </w:r>
      <w:sdt>
        <w:sdtPr>
          <w:rPr>
            <w:rFonts w:ascii="Arial" w:hAnsi="Arial" w:cs="Arial"/>
          </w:rPr>
          <w:id w:val="-1288810458"/>
          <w14:checkbox>
            <w14:checked w14:val="0"/>
            <w14:checkedState w14:val="2612" w14:font="MS Gothic"/>
            <w14:uncheckedState w14:val="2610" w14:font="MS Gothic"/>
          </w14:checkbox>
        </w:sdtPr>
        <w:sdtContent>
          <w:r w:rsidR="003A710D">
            <w:rPr>
              <w:rFonts w:ascii="MS Gothic" w:eastAsia="MS Gothic" w:hAnsi="MS Gothic" w:cs="Arial" w:hint="eastAsia"/>
            </w:rPr>
            <w:t>☐</w:t>
          </w:r>
        </w:sdtContent>
      </w:sdt>
      <w:r w:rsidRPr="003A710D">
        <w:rPr>
          <w:rFonts w:ascii="Arial" w:hAnsi="Arial" w:cs="Arial"/>
        </w:rPr>
        <w:t xml:space="preserve"> Yes   </w:t>
      </w:r>
      <w:sdt>
        <w:sdtPr>
          <w:rPr>
            <w:rFonts w:ascii="Arial" w:hAnsi="Arial" w:cs="Arial"/>
          </w:rPr>
          <w:id w:val="-1256818934"/>
          <w14:checkbox>
            <w14:checked w14:val="0"/>
            <w14:checkedState w14:val="2612" w14:font="MS Gothic"/>
            <w14:uncheckedState w14:val="2610" w14:font="MS Gothic"/>
          </w14:checkbox>
        </w:sdtPr>
        <w:sdtContent>
          <w:r w:rsidR="003A710D">
            <w:rPr>
              <w:rFonts w:ascii="MS Gothic" w:eastAsia="MS Gothic" w:hAnsi="MS Gothic" w:cs="Arial" w:hint="eastAsia"/>
            </w:rPr>
            <w:t>☐</w:t>
          </w:r>
        </w:sdtContent>
      </w:sdt>
      <w:r w:rsidRPr="003A710D">
        <w:rPr>
          <w:rFonts w:ascii="Arial" w:hAnsi="Arial" w:cs="Arial"/>
        </w:rPr>
        <w:t xml:space="preserve"> No</w:t>
      </w:r>
    </w:p>
    <w:p w14:paraId="5D4AD17A" w14:textId="45E10192" w:rsidR="00D06CF4" w:rsidRPr="003A710D" w:rsidRDefault="00F519B3">
      <w:pPr>
        <w:rPr>
          <w:rFonts w:ascii="Arial" w:hAnsi="Arial" w:cs="Arial"/>
        </w:rPr>
      </w:pPr>
      <w:r w:rsidRPr="003A710D">
        <w:rPr>
          <w:rFonts w:ascii="Arial" w:hAnsi="Arial" w:cs="Arial"/>
          <w:b/>
        </w:rPr>
        <w:t xml:space="preserve">Driving and travel: </w:t>
      </w:r>
      <w:r w:rsidRPr="003A710D">
        <w:rPr>
          <w:rFonts w:ascii="Arial" w:hAnsi="Arial" w:cs="Arial"/>
        </w:rPr>
        <w:t xml:space="preserve">Do you hold a full UK driving licence and have access to a reliable car for regular travel across Dorset?  </w:t>
      </w:r>
      <w:sdt>
        <w:sdtPr>
          <w:rPr>
            <w:rFonts w:ascii="Arial" w:hAnsi="Arial" w:cs="Arial"/>
          </w:rPr>
          <w:id w:val="1692340849"/>
          <w14:checkbox>
            <w14:checked w14:val="0"/>
            <w14:checkedState w14:val="2612" w14:font="MS Gothic"/>
            <w14:uncheckedState w14:val="2610" w14:font="MS Gothic"/>
          </w14:checkbox>
        </w:sdtPr>
        <w:sdtContent>
          <w:r w:rsidR="00B80C1F" w:rsidRPr="003A710D">
            <w:rPr>
              <w:rFonts w:ascii="MS Gothic" w:eastAsia="MS Gothic" w:hAnsi="MS Gothic" w:cs="Arial" w:hint="eastAsia"/>
            </w:rPr>
            <w:t>☐</w:t>
          </w:r>
        </w:sdtContent>
      </w:sdt>
      <w:r w:rsidRPr="003A710D">
        <w:rPr>
          <w:rFonts w:ascii="Arial" w:hAnsi="Arial" w:cs="Arial"/>
        </w:rPr>
        <w:t xml:space="preserve"> Yes</w:t>
      </w:r>
      <w:r w:rsidR="00B80C1F" w:rsidRPr="003A710D">
        <w:rPr>
          <w:rFonts w:ascii="Arial" w:hAnsi="Arial" w:cs="Arial"/>
        </w:rPr>
        <w:t xml:space="preserve">  </w:t>
      </w:r>
      <w:sdt>
        <w:sdtPr>
          <w:rPr>
            <w:rFonts w:ascii="Arial" w:hAnsi="Arial" w:cs="Arial"/>
          </w:rPr>
          <w:id w:val="1456753097"/>
          <w14:checkbox>
            <w14:checked w14:val="0"/>
            <w14:checkedState w14:val="2612" w14:font="MS Gothic"/>
            <w14:uncheckedState w14:val="2610" w14:font="MS Gothic"/>
          </w14:checkbox>
        </w:sdtPr>
        <w:sdtContent>
          <w:r w:rsidR="00B80C1F" w:rsidRPr="003A710D">
            <w:rPr>
              <w:rFonts w:ascii="MS Gothic" w:eastAsia="MS Gothic" w:hAnsi="MS Gothic" w:cs="Arial" w:hint="eastAsia"/>
            </w:rPr>
            <w:t>☐</w:t>
          </w:r>
        </w:sdtContent>
      </w:sdt>
      <w:r w:rsidRPr="003A710D">
        <w:rPr>
          <w:rFonts w:ascii="Arial" w:hAnsi="Arial" w:cs="Arial"/>
        </w:rPr>
        <w:t xml:space="preserve"> No</w:t>
      </w:r>
    </w:p>
    <w:p w14:paraId="34910D8E" w14:textId="4BB5BFB3" w:rsidR="00B14B97" w:rsidRDefault="00B14B97">
      <w:pPr>
        <w:rPr>
          <w:rFonts w:ascii="Arial" w:hAnsi="Arial" w:cs="Arial"/>
          <w:bCs/>
        </w:rPr>
      </w:pPr>
      <w:r>
        <w:rPr>
          <w:rFonts w:ascii="Arial" w:hAnsi="Arial" w:cs="Arial"/>
          <w:b/>
        </w:rPr>
        <w:t xml:space="preserve">Start Date: </w:t>
      </w:r>
      <w:r>
        <w:rPr>
          <w:rFonts w:ascii="Arial" w:hAnsi="Arial" w:cs="Arial"/>
          <w:bCs/>
        </w:rPr>
        <w:t xml:space="preserve">If you are offered the </w:t>
      </w:r>
      <w:r w:rsidR="00FA1C5F">
        <w:rPr>
          <w:rFonts w:ascii="Arial" w:hAnsi="Arial" w:cs="Arial"/>
          <w:bCs/>
        </w:rPr>
        <w:t>role of Engag</w:t>
      </w:r>
      <w:r w:rsidR="00F87503">
        <w:rPr>
          <w:rFonts w:ascii="Arial" w:hAnsi="Arial" w:cs="Arial"/>
          <w:bCs/>
        </w:rPr>
        <w:t>e</w:t>
      </w:r>
      <w:r w:rsidR="00FA1C5F">
        <w:rPr>
          <w:rFonts w:ascii="Arial" w:hAnsi="Arial" w:cs="Arial"/>
          <w:bCs/>
        </w:rPr>
        <w:t>ment officer, please state below th</w:t>
      </w:r>
      <w:r w:rsidR="00F87503">
        <w:rPr>
          <w:rFonts w:ascii="Arial" w:hAnsi="Arial" w:cs="Arial"/>
          <w:bCs/>
        </w:rPr>
        <w:t>e</w:t>
      </w:r>
      <w:r w:rsidR="00CE7A9B">
        <w:rPr>
          <w:rFonts w:ascii="Arial" w:hAnsi="Arial" w:cs="Arial"/>
          <w:bCs/>
        </w:rPr>
        <w:t xml:space="preserve"> approximate date you would be able to take up the post.</w:t>
      </w:r>
    </w:p>
    <w:tbl>
      <w:tblPr>
        <w:tblStyle w:val="TableGrid"/>
        <w:tblW w:w="10416" w:type="dxa"/>
        <w:tblLook w:val="04A0" w:firstRow="1" w:lastRow="0" w:firstColumn="1" w:lastColumn="0" w:noHBand="0" w:noVBand="1"/>
      </w:tblPr>
      <w:tblGrid>
        <w:gridCol w:w="10416"/>
      </w:tblGrid>
      <w:tr w:rsidR="00CE7A9B" w:rsidRPr="003A710D" w14:paraId="35AA0D96" w14:textId="77777777" w:rsidTr="00CE7A9B">
        <w:trPr>
          <w:trHeight w:val="586"/>
        </w:trPr>
        <w:tc>
          <w:tcPr>
            <w:tcW w:w="10416" w:type="dxa"/>
          </w:tcPr>
          <w:p w14:paraId="1301586D" w14:textId="77777777" w:rsidR="00CE7A9B" w:rsidRPr="003A710D" w:rsidRDefault="00CE7A9B" w:rsidP="001C61BF">
            <w:pPr>
              <w:spacing w:before="180" w:after="80"/>
              <w:rPr>
                <w:rFonts w:ascii="Arial" w:hAnsi="Arial" w:cs="Arial"/>
              </w:rPr>
            </w:pPr>
          </w:p>
        </w:tc>
      </w:tr>
    </w:tbl>
    <w:p w14:paraId="7D14C679" w14:textId="77777777" w:rsidR="00CE7A9B" w:rsidRPr="00DA4E62" w:rsidRDefault="00CE7A9B">
      <w:pPr>
        <w:rPr>
          <w:rFonts w:ascii="Arial" w:hAnsi="Arial" w:cs="Arial"/>
          <w:bCs/>
          <w:sz w:val="8"/>
          <w:szCs w:val="10"/>
        </w:rPr>
      </w:pPr>
    </w:p>
    <w:p w14:paraId="1A531E4C" w14:textId="1837888F" w:rsidR="00D06CF4" w:rsidRPr="00B14B97" w:rsidRDefault="00F519B3">
      <w:pPr>
        <w:rPr>
          <w:rFonts w:ascii="Arial" w:hAnsi="Arial" w:cs="Arial"/>
          <w:bCs/>
        </w:rPr>
      </w:pPr>
      <w:r w:rsidRPr="003A710D">
        <w:rPr>
          <w:rFonts w:ascii="Arial" w:hAnsi="Arial" w:cs="Arial"/>
          <w:b/>
        </w:rPr>
        <w:t xml:space="preserve">Availability: </w:t>
      </w:r>
      <w:r w:rsidR="00132B92">
        <w:rPr>
          <w:rFonts w:ascii="Arial" w:hAnsi="Arial" w:cs="Arial"/>
        </w:rPr>
        <w:t>The working</w:t>
      </w:r>
      <w:r w:rsidRPr="003A710D">
        <w:rPr>
          <w:rFonts w:ascii="Arial" w:hAnsi="Arial" w:cs="Arial"/>
        </w:rPr>
        <w:t xml:space="preserve"> hours </w:t>
      </w:r>
      <w:r w:rsidR="009D0AD0">
        <w:rPr>
          <w:rFonts w:ascii="Arial" w:hAnsi="Arial" w:cs="Arial"/>
        </w:rPr>
        <w:t>are</w:t>
      </w:r>
      <w:r w:rsidRPr="003A710D">
        <w:rPr>
          <w:rFonts w:ascii="Arial" w:hAnsi="Arial" w:cs="Arial"/>
        </w:rPr>
        <w:t xml:space="preserve"> negotiable for the right candidate, with occasional events/meetings </w:t>
      </w:r>
      <w:r w:rsidR="00D43D52" w:rsidRPr="003A710D">
        <w:rPr>
          <w:rFonts w:ascii="Arial" w:hAnsi="Arial" w:cs="Arial"/>
        </w:rPr>
        <w:t>o</w:t>
      </w:r>
      <w:r w:rsidRPr="003A710D">
        <w:rPr>
          <w:rFonts w:ascii="Arial" w:hAnsi="Arial" w:cs="Arial"/>
        </w:rPr>
        <w:t>utside standard working hours. Please outline any relevant availability or restrictions below.</w:t>
      </w:r>
    </w:p>
    <w:tbl>
      <w:tblPr>
        <w:tblStyle w:val="TableGrid"/>
        <w:tblW w:w="10566" w:type="dxa"/>
        <w:tblLook w:val="04A0" w:firstRow="1" w:lastRow="0" w:firstColumn="1" w:lastColumn="0" w:noHBand="0" w:noVBand="1"/>
      </w:tblPr>
      <w:tblGrid>
        <w:gridCol w:w="10566"/>
      </w:tblGrid>
      <w:tr w:rsidR="00D43D52" w:rsidRPr="003A710D" w14:paraId="174BE141" w14:textId="77777777" w:rsidTr="00DA4E62">
        <w:trPr>
          <w:trHeight w:val="180"/>
        </w:trPr>
        <w:tc>
          <w:tcPr>
            <w:tcW w:w="10566" w:type="dxa"/>
          </w:tcPr>
          <w:p w14:paraId="360B98E3" w14:textId="77777777" w:rsidR="00EF77F5" w:rsidRDefault="00EF77F5">
            <w:pPr>
              <w:spacing w:before="180" w:after="80"/>
              <w:rPr>
                <w:rFonts w:ascii="Arial" w:hAnsi="Arial" w:cs="Arial"/>
              </w:rPr>
            </w:pPr>
          </w:p>
          <w:p w14:paraId="6DBD6EAD" w14:textId="4CCA2405" w:rsidR="00DA4E62" w:rsidRPr="003A710D" w:rsidRDefault="00DA4E62">
            <w:pPr>
              <w:spacing w:before="180" w:after="80"/>
              <w:rPr>
                <w:rFonts w:ascii="Arial" w:hAnsi="Arial" w:cs="Arial"/>
              </w:rPr>
            </w:pPr>
          </w:p>
        </w:tc>
      </w:tr>
    </w:tbl>
    <w:p w14:paraId="736346FA" w14:textId="26037654" w:rsidR="00D06CF4" w:rsidRPr="003A710D" w:rsidRDefault="00F519B3">
      <w:pPr>
        <w:spacing w:before="180" w:after="80"/>
        <w:rPr>
          <w:rFonts w:ascii="Arial" w:hAnsi="Arial" w:cs="Arial"/>
        </w:rPr>
      </w:pPr>
      <w:r w:rsidRPr="003A710D">
        <w:rPr>
          <w:rFonts w:ascii="Arial" w:hAnsi="Arial" w:cs="Arial"/>
          <w:b/>
          <w:sz w:val="26"/>
        </w:rPr>
        <w:t>2. Source of Application</w:t>
      </w:r>
    </w:p>
    <w:p w14:paraId="42A6D85D" w14:textId="43BFF61B" w:rsidR="00D06CF4" w:rsidRPr="003A710D" w:rsidRDefault="00F519B3">
      <w:pPr>
        <w:rPr>
          <w:rFonts w:ascii="Arial" w:hAnsi="Arial" w:cs="Arial"/>
        </w:rPr>
      </w:pPr>
      <w:r w:rsidRPr="003A710D">
        <w:rPr>
          <w:rFonts w:ascii="Arial" w:hAnsi="Arial" w:cs="Arial"/>
        </w:rPr>
        <w:t>How did you hear about this vacancy? Please tick one or more.</w:t>
      </w:r>
    </w:p>
    <w:p w14:paraId="15C735CA" w14:textId="09AC73E5" w:rsidR="00D06CF4" w:rsidRPr="003A710D" w:rsidRDefault="00000000">
      <w:pPr>
        <w:rPr>
          <w:rFonts w:ascii="Arial" w:hAnsi="Arial" w:cs="Arial"/>
        </w:rPr>
      </w:pPr>
      <w:sdt>
        <w:sdtPr>
          <w:rPr>
            <w:rFonts w:ascii="Segoe UI Symbol" w:hAnsi="Segoe UI Symbol" w:cs="Segoe UI Symbol"/>
          </w:rPr>
          <w:id w:val="776295144"/>
          <w14:checkbox>
            <w14:checked w14:val="0"/>
            <w14:checkedState w14:val="2612" w14:font="MS Gothic"/>
            <w14:uncheckedState w14:val="2610" w14:font="MS Gothic"/>
          </w14:checkbox>
        </w:sdtPr>
        <w:sdtContent>
          <w:r w:rsidR="00D43D52" w:rsidRPr="003A710D">
            <w:rPr>
              <w:rFonts w:ascii="MS Gothic" w:eastAsia="MS Gothic" w:hAnsi="MS Gothic" w:cs="Segoe UI Symbol" w:hint="eastAsia"/>
            </w:rPr>
            <w:t>☐</w:t>
          </w:r>
        </w:sdtContent>
      </w:sdt>
      <w:r w:rsidR="00D43D52" w:rsidRPr="003A710D">
        <w:rPr>
          <w:rFonts w:ascii="Arial" w:hAnsi="Arial" w:cs="Arial"/>
        </w:rPr>
        <w:t xml:space="preserve"> Leonardo Carer Support website</w:t>
      </w:r>
      <w:r w:rsidR="00DA4E62">
        <w:rPr>
          <w:rFonts w:ascii="Arial" w:hAnsi="Arial" w:cs="Arial"/>
        </w:rPr>
        <w:tab/>
      </w:r>
      <w:sdt>
        <w:sdtPr>
          <w:rPr>
            <w:rFonts w:ascii="Segoe UI Symbol" w:hAnsi="Segoe UI Symbol" w:cs="Segoe UI Symbol"/>
          </w:rPr>
          <w:id w:val="1149641246"/>
          <w14:checkbox>
            <w14:checked w14:val="0"/>
            <w14:checkedState w14:val="2612" w14:font="MS Gothic"/>
            <w14:uncheckedState w14:val="2610" w14:font="MS Gothic"/>
          </w14:checkbox>
        </w:sdtPr>
        <w:sdtContent>
          <w:r w:rsidR="00DA4E62">
            <w:rPr>
              <w:rFonts w:ascii="MS Gothic" w:eastAsia="MS Gothic" w:hAnsi="MS Gothic" w:cs="Segoe UI Symbol" w:hint="eastAsia"/>
            </w:rPr>
            <w:t>☐</w:t>
          </w:r>
        </w:sdtContent>
      </w:sdt>
      <w:r w:rsidR="00DA4E62" w:rsidRPr="003A710D">
        <w:rPr>
          <w:rFonts w:ascii="Arial" w:hAnsi="Arial" w:cs="Arial"/>
        </w:rPr>
        <w:t xml:space="preserve"> Professional network / colleague</w:t>
      </w:r>
    </w:p>
    <w:p w14:paraId="7C1D03AF" w14:textId="40FEE5FF" w:rsidR="00D06CF4" w:rsidRPr="003A710D" w:rsidRDefault="00000000">
      <w:pPr>
        <w:rPr>
          <w:rFonts w:ascii="Arial" w:hAnsi="Arial" w:cs="Arial"/>
        </w:rPr>
      </w:pPr>
      <w:sdt>
        <w:sdtPr>
          <w:rPr>
            <w:rFonts w:ascii="Segoe UI Symbol" w:hAnsi="Segoe UI Symbol" w:cs="Segoe UI Symbol"/>
          </w:rPr>
          <w:id w:val="272834328"/>
          <w14:checkbox>
            <w14:checked w14:val="0"/>
            <w14:checkedState w14:val="2612" w14:font="MS Gothic"/>
            <w14:uncheckedState w14:val="2610" w14:font="MS Gothic"/>
          </w14:checkbox>
        </w:sdtPr>
        <w:sdtContent>
          <w:r w:rsidR="00D43D52" w:rsidRPr="003A710D">
            <w:rPr>
              <w:rFonts w:ascii="MS Gothic" w:eastAsia="MS Gothic" w:hAnsi="MS Gothic" w:cs="Segoe UI Symbol" w:hint="eastAsia"/>
            </w:rPr>
            <w:t>☐</w:t>
          </w:r>
        </w:sdtContent>
      </w:sdt>
      <w:r w:rsidR="00D43D52" w:rsidRPr="003A710D">
        <w:rPr>
          <w:rFonts w:ascii="Arial" w:hAnsi="Arial" w:cs="Arial"/>
        </w:rPr>
        <w:t xml:space="preserve"> Social media</w:t>
      </w:r>
      <w:r w:rsidR="001975A5">
        <w:rPr>
          <w:rFonts w:ascii="Arial" w:hAnsi="Arial" w:cs="Arial"/>
        </w:rPr>
        <w:t xml:space="preserve"> </w:t>
      </w:r>
      <w:r w:rsidR="001975A5">
        <w:rPr>
          <w:rFonts w:ascii="Arial" w:hAnsi="Arial" w:cs="Arial"/>
          <w:i/>
          <w:iCs/>
        </w:rPr>
        <w:t>(please specify)</w:t>
      </w:r>
      <w:r w:rsidR="00DA4E62">
        <w:rPr>
          <w:rFonts w:ascii="Arial" w:hAnsi="Arial" w:cs="Arial"/>
          <w:i/>
          <w:iCs/>
        </w:rPr>
        <w:tab/>
      </w:r>
      <w:r w:rsidR="00DA4E62">
        <w:rPr>
          <w:rFonts w:ascii="Arial" w:hAnsi="Arial" w:cs="Arial"/>
          <w:i/>
          <w:iCs/>
        </w:rPr>
        <w:tab/>
      </w:r>
      <w:sdt>
        <w:sdtPr>
          <w:rPr>
            <w:rFonts w:ascii="Segoe UI Symbol" w:hAnsi="Segoe UI Symbol" w:cs="Segoe UI Symbol"/>
          </w:rPr>
          <w:id w:val="1341589550"/>
          <w14:checkbox>
            <w14:checked w14:val="0"/>
            <w14:checkedState w14:val="2612" w14:font="MS Gothic"/>
            <w14:uncheckedState w14:val="2610" w14:font="MS Gothic"/>
          </w14:checkbox>
        </w:sdtPr>
        <w:sdtContent>
          <w:r w:rsidR="00DA4E62" w:rsidRPr="003A710D">
            <w:rPr>
              <w:rFonts w:ascii="MS Gothic" w:eastAsia="MS Gothic" w:hAnsi="MS Gothic" w:cs="Segoe UI Symbol" w:hint="eastAsia"/>
            </w:rPr>
            <w:t>☐</w:t>
          </w:r>
        </w:sdtContent>
      </w:sdt>
      <w:r w:rsidR="00DA4E62" w:rsidRPr="003A710D">
        <w:rPr>
          <w:rFonts w:ascii="Arial" w:hAnsi="Arial" w:cs="Arial"/>
        </w:rPr>
        <w:t xml:space="preserve"> Local/community organisation</w:t>
      </w:r>
    </w:p>
    <w:p w14:paraId="00235607" w14:textId="7115983C" w:rsidR="00D06CF4" w:rsidRPr="003A710D" w:rsidRDefault="00000000">
      <w:pPr>
        <w:rPr>
          <w:rFonts w:ascii="Arial" w:hAnsi="Arial" w:cs="Arial"/>
        </w:rPr>
      </w:pPr>
      <w:sdt>
        <w:sdtPr>
          <w:rPr>
            <w:rFonts w:ascii="Segoe UI Symbol" w:hAnsi="Segoe UI Symbol" w:cs="Segoe UI Symbol"/>
          </w:rPr>
          <w:id w:val="-638881854"/>
          <w14:checkbox>
            <w14:checked w14:val="0"/>
            <w14:checkedState w14:val="2612" w14:font="MS Gothic"/>
            <w14:uncheckedState w14:val="2610" w14:font="MS Gothic"/>
          </w14:checkbox>
        </w:sdtPr>
        <w:sdtContent>
          <w:r w:rsidR="00E451A5">
            <w:rPr>
              <w:rFonts w:ascii="MS Gothic" w:eastAsia="MS Gothic" w:hAnsi="MS Gothic" w:cs="Segoe UI Symbol" w:hint="eastAsia"/>
            </w:rPr>
            <w:t>☐</w:t>
          </w:r>
        </w:sdtContent>
      </w:sdt>
      <w:r w:rsidR="00D43D52" w:rsidRPr="003A710D">
        <w:rPr>
          <w:rFonts w:ascii="Arial" w:hAnsi="Arial" w:cs="Arial"/>
        </w:rPr>
        <w:t xml:space="preserve"> Professional network / colleague</w:t>
      </w:r>
      <w:r w:rsidR="00E451A5">
        <w:rPr>
          <w:rFonts w:ascii="Arial" w:hAnsi="Arial" w:cs="Arial"/>
        </w:rPr>
        <w:tab/>
      </w:r>
      <w:sdt>
        <w:sdtPr>
          <w:rPr>
            <w:rFonts w:ascii="Segoe UI Symbol" w:hAnsi="Segoe UI Symbol" w:cs="Segoe UI Symbol"/>
          </w:rPr>
          <w:id w:val="-1032714200"/>
          <w14:checkbox>
            <w14:checked w14:val="0"/>
            <w14:checkedState w14:val="2612" w14:font="MS Gothic"/>
            <w14:uncheckedState w14:val="2610" w14:font="MS Gothic"/>
          </w14:checkbox>
        </w:sdtPr>
        <w:sdtContent>
          <w:r w:rsidR="00E451A5" w:rsidRPr="003A710D">
            <w:rPr>
              <w:rFonts w:ascii="MS Gothic" w:eastAsia="MS Gothic" w:hAnsi="MS Gothic" w:cs="Segoe UI Symbol" w:hint="eastAsia"/>
            </w:rPr>
            <w:t>☐</w:t>
          </w:r>
        </w:sdtContent>
      </w:sdt>
      <w:r w:rsidR="00E451A5" w:rsidRPr="003A710D">
        <w:rPr>
          <w:rFonts w:ascii="Arial" w:hAnsi="Arial" w:cs="Arial"/>
        </w:rPr>
        <w:t xml:space="preserve"> Word of mouth</w:t>
      </w:r>
    </w:p>
    <w:p w14:paraId="6F9C7D8E" w14:textId="77777777" w:rsidR="00E451A5" w:rsidRDefault="00000000" w:rsidP="00E451A5">
      <w:pPr>
        <w:rPr>
          <w:rFonts w:ascii="Arial" w:hAnsi="Arial" w:cs="Arial"/>
        </w:rPr>
      </w:pPr>
      <w:sdt>
        <w:sdtPr>
          <w:rPr>
            <w:rFonts w:ascii="Segoe UI Symbol" w:hAnsi="Segoe UI Symbol" w:cs="Segoe UI Symbol"/>
          </w:rPr>
          <w:id w:val="-67971371"/>
          <w14:checkbox>
            <w14:checked w14:val="0"/>
            <w14:checkedState w14:val="2612" w14:font="MS Gothic"/>
            <w14:uncheckedState w14:val="2610" w14:font="MS Gothic"/>
          </w14:checkbox>
        </w:sdtPr>
        <w:sdtContent>
          <w:r w:rsidR="00D43D52" w:rsidRPr="003A710D">
            <w:rPr>
              <w:rFonts w:ascii="MS Gothic" w:eastAsia="MS Gothic" w:hAnsi="MS Gothic" w:cs="Segoe UI Symbol" w:hint="eastAsia"/>
            </w:rPr>
            <w:t>☐</w:t>
          </w:r>
        </w:sdtContent>
      </w:sdt>
      <w:r w:rsidR="00D43D52" w:rsidRPr="003A710D">
        <w:rPr>
          <w:rFonts w:ascii="Arial" w:hAnsi="Arial" w:cs="Arial"/>
        </w:rPr>
        <w:t xml:space="preserve"> Word of mouth</w:t>
      </w:r>
      <w:r w:rsidR="00E451A5">
        <w:rPr>
          <w:rFonts w:ascii="Arial" w:hAnsi="Arial" w:cs="Arial"/>
        </w:rPr>
        <w:tab/>
      </w:r>
      <w:r w:rsidR="00E451A5">
        <w:rPr>
          <w:rFonts w:ascii="Arial" w:hAnsi="Arial" w:cs="Arial"/>
        </w:rPr>
        <w:tab/>
      </w:r>
      <w:r w:rsidR="00E451A5">
        <w:rPr>
          <w:rFonts w:ascii="Arial" w:hAnsi="Arial" w:cs="Arial"/>
        </w:rPr>
        <w:tab/>
      </w:r>
      <w:sdt>
        <w:sdtPr>
          <w:rPr>
            <w:rFonts w:ascii="Segoe UI Symbol" w:hAnsi="Segoe UI Symbol" w:cs="Segoe UI Symbol"/>
          </w:rPr>
          <w:id w:val="-2002417750"/>
          <w14:checkbox>
            <w14:checked w14:val="0"/>
            <w14:checkedState w14:val="2612" w14:font="MS Gothic"/>
            <w14:uncheckedState w14:val="2610" w14:font="MS Gothic"/>
          </w14:checkbox>
        </w:sdtPr>
        <w:sdtContent>
          <w:r w:rsidR="00E451A5">
            <w:rPr>
              <w:rFonts w:ascii="MS Gothic" w:eastAsia="MS Gothic" w:hAnsi="MS Gothic" w:cs="Segoe UI Symbol" w:hint="eastAsia"/>
            </w:rPr>
            <w:t>☐</w:t>
          </w:r>
        </w:sdtContent>
      </w:sdt>
      <w:r w:rsidR="00E451A5" w:rsidRPr="003A710D">
        <w:rPr>
          <w:rFonts w:ascii="Arial" w:hAnsi="Arial" w:cs="Arial"/>
        </w:rPr>
        <w:t xml:space="preserve"> Other </w:t>
      </w:r>
      <w:r w:rsidR="00E451A5" w:rsidRPr="001975A5">
        <w:rPr>
          <w:rFonts w:ascii="Arial" w:hAnsi="Arial" w:cs="Arial"/>
          <w:i/>
          <w:iCs/>
        </w:rPr>
        <w:t xml:space="preserve">(please specify): </w:t>
      </w:r>
    </w:p>
    <w:p w14:paraId="0634143D" w14:textId="77777777" w:rsidR="00E451A5" w:rsidRDefault="00E451A5" w:rsidP="00A71373">
      <w:pPr>
        <w:rPr>
          <w:rFonts w:ascii="Arial" w:hAnsi="Arial" w:cs="Arial"/>
        </w:rPr>
      </w:pPr>
    </w:p>
    <w:p w14:paraId="63086F0F" w14:textId="420CF587" w:rsidR="00D06CF4" w:rsidRPr="003A710D" w:rsidRDefault="00F519B3" w:rsidP="00A71373">
      <w:pPr>
        <w:rPr>
          <w:rFonts w:ascii="Arial" w:hAnsi="Arial" w:cs="Arial"/>
        </w:rPr>
      </w:pPr>
      <w:r w:rsidRPr="003A710D">
        <w:rPr>
          <w:rFonts w:ascii="Arial" w:hAnsi="Arial" w:cs="Arial"/>
          <w:b/>
          <w:sz w:val="26"/>
        </w:rPr>
        <w:lastRenderedPageBreak/>
        <w:t>3. Qualifications and Training</w:t>
      </w:r>
    </w:p>
    <w:p w14:paraId="55999067" w14:textId="26BE163A" w:rsidR="00D06CF4" w:rsidRPr="003A710D" w:rsidRDefault="00F519B3">
      <w:pPr>
        <w:rPr>
          <w:rFonts w:ascii="Arial" w:hAnsi="Arial" w:cs="Arial"/>
        </w:rPr>
      </w:pPr>
      <w:r w:rsidRPr="003A710D">
        <w:rPr>
          <w:rFonts w:ascii="Arial" w:hAnsi="Arial" w:cs="Arial"/>
        </w:rPr>
        <w:t>Please list relevant qualifications, training and professional development. Include completed courses and relevant current study.</w:t>
      </w:r>
    </w:p>
    <w:tbl>
      <w:tblPr>
        <w:tblStyle w:val="PlainTable1"/>
        <w:tblW w:w="0" w:type="auto"/>
        <w:shd w:val="clear" w:color="auto" w:fill="FFFFFF" w:themeFill="background1"/>
        <w:tblLook w:val="04A0" w:firstRow="1" w:lastRow="0" w:firstColumn="1" w:lastColumn="0" w:noHBand="0" w:noVBand="1"/>
      </w:tblPr>
      <w:tblGrid>
        <w:gridCol w:w="5240"/>
        <w:gridCol w:w="3686"/>
        <w:gridCol w:w="1403"/>
      </w:tblGrid>
      <w:tr w:rsidR="00CB0948" w:rsidRPr="003A710D" w14:paraId="6B07F04E" w14:textId="77777777" w:rsidTr="00806832">
        <w:trPr>
          <w:cnfStyle w:val="100000000000" w:firstRow="1" w:lastRow="0" w:firstColumn="0" w:lastColumn="0" w:oddVBand="0" w:evenVBand="0" w:oddHBand="0" w:evenHBand="0" w:firstRowFirstColumn="0" w:firstRowLastColumn="0" w:lastRowFirstColumn="0" w:lastRowLastColumn="0"/>
          <w:trHeight w:val="515"/>
        </w:trPr>
        <w:tc>
          <w:tcPr>
            <w:cnfStyle w:val="001000000000" w:firstRow="0" w:lastRow="0" w:firstColumn="1" w:lastColumn="0" w:oddVBand="0" w:evenVBand="0" w:oddHBand="0" w:evenHBand="0" w:firstRowFirstColumn="0" w:firstRowLastColumn="0" w:lastRowFirstColumn="0" w:lastRowLastColumn="0"/>
            <w:tcW w:w="5240" w:type="dxa"/>
            <w:shd w:val="clear" w:color="auto" w:fill="FFFFFF" w:themeFill="background1"/>
          </w:tcPr>
          <w:p w14:paraId="2EBF6B73" w14:textId="77777777" w:rsidR="00CB0948" w:rsidRDefault="00CB0948" w:rsidP="00655B48">
            <w:pPr>
              <w:jc w:val="center"/>
              <w:rPr>
                <w:rFonts w:ascii="Arial" w:hAnsi="Arial" w:cs="Arial"/>
                <w:b w:val="0"/>
                <w:bCs w:val="0"/>
                <w:sz w:val="22"/>
                <w:szCs w:val="24"/>
              </w:rPr>
            </w:pPr>
            <w:r w:rsidRPr="00A614DC">
              <w:rPr>
                <w:rFonts w:ascii="Arial" w:hAnsi="Arial" w:cs="Arial"/>
                <w:b w:val="0"/>
                <w:bCs w:val="0"/>
                <w:sz w:val="22"/>
                <w:szCs w:val="24"/>
              </w:rPr>
              <w:t>Qualificatio</w:t>
            </w:r>
            <w:r>
              <w:rPr>
                <w:rFonts w:ascii="Arial" w:hAnsi="Arial" w:cs="Arial"/>
                <w:b w:val="0"/>
                <w:bCs w:val="0"/>
                <w:sz w:val="22"/>
                <w:szCs w:val="24"/>
              </w:rPr>
              <w:t>n</w:t>
            </w:r>
          </w:p>
          <w:p w14:paraId="7F45A637" w14:textId="0089D54D" w:rsidR="00CB0948" w:rsidRPr="00CB0948" w:rsidRDefault="00CB0948" w:rsidP="00655B48">
            <w:pPr>
              <w:jc w:val="center"/>
              <w:rPr>
                <w:rFonts w:ascii="Arial" w:hAnsi="Arial" w:cs="Arial"/>
                <w:i/>
                <w:iCs/>
                <w:sz w:val="22"/>
                <w:szCs w:val="24"/>
              </w:rPr>
            </w:pPr>
            <w:r w:rsidRPr="00CB0948">
              <w:rPr>
                <w:rFonts w:ascii="Arial" w:hAnsi="Arial" w:cs="Arial"/>
                <w:i/>
                <w:iCs/>
              </w:rPr>
              <w:t>Grade / outcome</w:t>
            </w:r>
          </w:p>
        </w:tc>
        <w:tc>
          <w:tcPr>
            <w:tcW w:w="3686" w:type="dxa"/>
            <w:shd w:val="clear" w:color="auto" w:fill="FFFFFF" w:themeFill="background1"/>
          </w:tcPr>
          <w:p w14:paraId="2E069447" w14:textId="77777777" w:rsidR="00CB0948" w:rsidRPr="00A614DC" w:rsidRDefault="00CB0948" w:rsidP="002749FD">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2"/>
                <w:szCs w:val="24"/>
              </w:rPr>
            </w:pPr>
            <w:r w:rsidRPr="00A614DC">
              <w:rPr>
                <w:rFonts w:ascii="Arial" w:hAnsi="Arial" w:cs="Arial"/>
                <w:b w:val="0"/>
                <w:bCs w:val="0"/>
                <w:sz w:val="22"/>
                <w:szCs w:val="24"/>
              </w:rPr>
              <w:t>Provider</w:t>
            </w:r>
          </w:p>
        </w:tc>
        <w:tc>
          <w:tcPr>
            <w:tcW w:w="1403" w:type="dxa"/>
            <w:shd w:val="clear" w:color="auto" w:fill="FFFFFF" w:themeFill="background1"/>
          </w:tcPr>
          <w:p w14:paraId="4D732ADA" w14:textId="0F0E5AF8" w:rsidR="00CB0948" w:rsidRPr="00A614DC" w:rsidRDefault="00F0746D" w:rsidP="00F0746D">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2"/>
                <w:szCs w:val="24"/>
              </w:rPr>
            </w:pPr>
            <w:r>
              <w:rPr>
                <w:rFonts w:ascii="Arial" w:hAnsi="Arial" w:cs="Arial"/>
                <w:b w:val="0"/>
                <w:bCs w:val="0"/>
                <w:sz w:val="22"/>
                <w:szCs w:val="24"/>
              </w:rPr>
              <w:t>Y</w:t>
            </w:r>
            <w:r w:rsidR="00CB0948" w:rsidRPr="00A614DC">
              <w:rPr>
                <w:rFonts w:ascii="Arial" w:hAnsi="Arial" w:cs="Arial"/>
                <w:b w:val="0"/>
                <w:bCs w:val="0"/>
                <w:sz w:val="22"/>
                <w:szCs w:val="24"/>
              </w:rPr>
              <w:t>ear</w:t>
            </w:r>
          </w:p>
        </w:tc>
      </w:tr>
      <w:tr w:rsidR="00CB0948" w:rsidRPr="003A710D" w14:paraId="66083525" w14:textId="77777777" w:rsidTr="00806832">
        <w:trPr>
          <w:cnfStyle w:val="000000100000" w:firstRow="0" w:lastRow="0" w:firstColumn="0" w:lastColumn="0" w:oddVBand="0" w:evenVBand="0" w:oddHBand="1" w:evenHBand="0" w:firstRowFirstColumn="0" w:firstRowLastColumn="0" w:lastRowFirstColumn="0" w:lastRowLastColumn="0"/>
          <w:trHeight w:val="483"/>
        </w:trPr>
        <w:tc>
          <w:tcPr>
            <w:cnfStyle w:val="001000000000" w:firstRow="0" w:lastRow="0" w:firstColumn="1" w:lastColumn="0" w:oddVBand="0" w:evenVBand="0" w:oddHBand="0" w:evenHBand="0" w:firstRowFirstColumn="0" w:firstRowLastColumn="0" w:lastRowFirstColumn="0" w:lastRowLastColumn="0"/>
            <w:tcW w:w="5240" w:type="dxa"/>
            <w:shd w:val="clear" w:color="auto" w:fill="FFFFFF" w:themeFill="background1"/>
          </w:tcPr>
          <w:p w14:paraId="2A9AD620" w14:textId="77777777" w:rsidR="00CB0948" w:rsidRPr="003A710D" w:rsidRDefault="00CB0948">
            <w:pPr>
              <w:rPr>
                <w:rFonts w:ascii="Arial" w:hAnsi="Arial" w:cs="Arial"/>
              </w:rPr>
            </w:pPr>
            <w:r w:rsidRPr="003A710D">
              <w:rPr>
                <w:rFonts w:ascii="Arial" w:hAnsi="Arial" w:cs="Arial"/>
              </w:rPr>
              <w:br/>
            </w:r>
          </w:p>
        </w:tc>
        <w:tc>
          <w:tcPr>
            <w:tcW w:w="3686" w:type="dxa"/>
            <w:shd w:val="clear" w:color="auto" w:fill="FFFFFF" w:themeFill="background1"/>
          </w:tcPr>
          <w:p w14:paraId="111551C9" w14:textId="77777777" w:rsidR="00CB0948" w:rsidRPr="003A710D" w:rsidRDefault="00CB0948">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A710D">
              <w:rPr>
                <w:rFonts w:ascii="Arial" w:hAnsi="Arial" w:cs="Arial"/>
              </w:rPr>
              <w:br/>
            </w:r>
          </w:p>
        </w:tc>
        <w:tc>
          <w:tcPr>
            <w:tcW w:w="1403" w:type="dxa"/>
            <w:shd w:val="clear" w:color="auto" w:fill="FFFFFF" w:themeFill="background1"/>
          </w:tcPr>
          <w:p w14:paraId="79EF3C6C" w14:textId="77777777" w:rsidR="00CB0948" w:rsidRPr="003A710D" w:rsidRDefault="00CB0948">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A710D">
              <w:rPr>
                <w:rFonts w:ascii="Arial" w:hAnsi="Arial" w:cs="Arial"/>
              </w:rPr>
              <w:br/>
            </w:r>
          </w:p>
        </w:tc>
      </w:tr>
      <w:tr w:rsidR="00CB0948" w:rsidRPr="003A710D" w14:paraId="088C24E3" w14:textId="77777777" w:rsidTr="00806832">
        <w:trPr>
          <w:trHeight w:val="499"/>
        </w:trPr>
        <w:tc>
          <w:tcPr>
            <w:cnfStyle w:val="001000000000" w:firstRow="0" w:lastRow="0" w:firstColumn="1" w:lastColumn="0" w:oddVBand="0" w:evenVBand="0" w:oddHBand="0" w:evenHBand="0" w:firstRowFirstColumn="0" w:firstRowLastColumn="0" w:lastRowFirstColumn="0" w:lastRowLastColumn="0"/>
            <w:tcW w:w="5240" w:type="dxa"/>
            <w:shd w:val="clear" w:color="auto" w:fill="FFFFFF" w:themeFill="background1"/>
          </w:tcPr>
          <w:p w14:paraId="63EBB8A3" w14:textId="1A5D15F4" w:rsidR="00CB0948" w:rsidRPr="003A710D" w:rsidRDefault="00CB0948">
            <w:pPr>
              <w:rPr>
                <w:rFonts w:ascii="Arial" w:hAnsi="Arial" w:cs="Arial"/>
              </w:rPr>
            </w:pPr>
            <w:r w:rsidRPr="003A710D">
              <w:rPr>
                <w:rFonts w:ascii="Arial" w:hAnsi="Arial" w:cs="Arial"/>
              </w:rPr>
              <w:br/>
            </w:r>
          </w:p>
        </w:tc>
        <w:tc>
          <w:tcPr>
            <w:tcW w:w="3686" w:type="dxa"/>
            <w:shd w:val="clear" w:color="auto" w:fill="FFFFFF" w:themeFill="background1"/>
          </w:tcPr>
          <w:p w14:paraId="65172A24" w14:textId="77777777" w:rsidR="00CB0948" w:rsidRPr="003A710D" w:rsidRDefault="00CB0948">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A710D">
              <w:rPr>
                <w:rFonts w:ascii="Arial" w:hAnsi="Arial" w:cs="Arial"/>
              </w:rPr>
              <w:br/>
            </w:r>
          </w:p>
        </w:tc>
        <w:tc>
          <w:tcPr>
            <w:tcW w:w="1403" w:type="dxa"/>
            <w:shd w:val="clear" w:color="auto" w:fill="FFFFFF" w:themeFill="background1"/>
          </w:tcPr>
          <w:p w14:paraId="44B89A9E" w14:textId="77777777" w:rsidR="00CB0948" w:rsidRPr="003A710D" w:rsidRDefault="00CB0948">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A710D">
              <w:rPr>
                <w:rFonts w:ascii="Arial" w:hAnsi="Arial" w:cs="Arial"/>
              </w:rPr>
              <w:br/>
            </w:r>
          </w:p>
        </w:tc>
      </w:tr>
      <w:tr w:rsidR="00CB0948" w:rsidRPr="003A710D" w14:paraId="175ED62E" w14:textId="77777777" w:rsidTr="00806832">
        <w:trPr>
          <w:cnfStyle w:val="000000100000" w:firstRow="0" w:lastRow="0" w:firstColumn="0" w:lastColumn="0" w:oddVBand="0" w:evenVBand="0" w:oddHBand="1" w:evenHBand="0" w:firstRowFirstColumn="0" w:firstRowLastColumn="0" w:lastRowFirstColumn="0" w:lastRowLastColumn="0"/>
          <w:trHeight w:val="483"/>
        </w:trPr>
        <w:tc>
          <w:tcPr>
            <w:cnfStyle w:val="001000000000" w:firstRow="0" w:lastRow="0" w:firstColumn="1" w:lastColumn="0" w:oddVBand="0" w:evenVBand="0" w:oddHBand="0" w:evenHBand="0" w:firstRowFirstColumn="0" w:firstRowLastColumn="0" w:lastRowFirstColumn="0" w:lastRowLastColumn="0"/>
            <w:tcW w:w="5240" w:type="dxa"/>
            <w:shd w:val="clear" w:color="auto" w:fill="FFFFFF" w:themeFill="background1"/>
          </w:tcPr>
          <w:p w14:paraId="036FCDBE" w14:textId="77777777" w:rsidR="00CB0948" w:rsidRPr="003A710D" w:rsidRDefault="00CB0948">
            <w:pPr>
              <w:rPr>
                <w:rFonts w:ascii="Arial" w:hAnsi="Arial" w:cs="Arial"/>
              </w:rPr>
            </w:pPr>
            <w:r w:rsidRPr="003A710D">
              <w:rPr>
                <w:rFonts w:ascii="Arial" w:hAnsi="Arial" w:cs="Arial"/>
              </w:rPr>
              <w:br/>
            </w:r>
          </w:p>
        </w:tc>
        <w:tc>
          <w:tcPr>
            <w:tcW w:w="3686" w:type="dxa"/>
            <w:shd w:val="clear" w:color="auto" w:fill="FFFFFF" w:themeFill="background1"/>
          </w:tcPr>
          <w:p w14:paraId="7334AB1E" w14:textId="77777777" w:rsidR="00CB0948" w:rsidRPr="003A710D" w:rsidRDefault="00CB0948">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A710D">
              <w:rPr>
                <w:rFonts w:ascii="Arial" w:hAnsi="Arial" w:cs="Arial"/>
              </w:rPr>
              <w:br/>
            </w:r>
          </w:p>
        </w:tc>
        <w:tc>
          <w:tcPr>
            <w:tcW w:w="1403" w:type="dxa"/>
            <w:shd w:val="clear" w:color="auto" w:fill="FFFFFF" w:themeFill="background1"/>
          </w:tcPr>
          <w:p w14:paraId="46958779" w14:textId="77777777" w:rsidR="00CB0948" w:rsidRPr="003A710D" w:rsidRDefault="00CB0948">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A710D">
              <w:rPr>
                <w:rFonts w:ascii="Arial" w:hAnsi="Arial" w:cs="Arial"/>
              </w:rPr>
              <w:br/>
            </w:r>
          </w:p>
        </w:tc>
      </w:tr>
      <w:tr w:rsidR="00CB0948" w:rsidRPr="003A710D" w14:paraId="7596ECEA" w14:textId="77777777" w:rsidTr="00806832">
        <w:trPr>
          <w:trHeight w:val="483"/>
        </w:trPr>
        <w:tc>
          <w:tcPr>
            <w:cnfStyle w:val="001000000000" w:firstRow="0" w:lastRow="0" w:firstColumn="1" w:lastColumn="0" w:oddVBand="0" w:evenVBand="0" w:oddHBand="0" w:evenHBand="0" w:firstRowFirstColumn="0" w:firstRowLastColumn="0" w:lastRowFirstColumn="0" w:lastRowLastColumn="0"/>
            <w:tcW w:w="5240" w:type="dxa"/>
            <w:shd w:val="clear" w:color="auto" w:fill="FFFFFF" w:themeFill="background1"/>
          </w:tcPr>
          <w:p w14:paraId="2C4B6EC4" w14:textId="77777777" w:rsidR="00CB0948" w:rsidRPr="003A710D" w:rsidRDefault="00CB0948">
            <w:pPr>
              <w:rPr>
                <w:rFonts w:ascii="Arial" w:hAnsi="Arial" w:cs="Arial"/>
              </w:rPr>
            </w:pPr>
            <w:r w:rsidRPr="003A710D">
              <w:rPr>
                <w:rFonts w:ascii="Arial" w:hAnsi="Arial" w:cs="Arial"/>
              </w:rPr>
              <w:br/>
            </w:r>
          </w:p>
        </w:tc>
        <w:tc>
          <w:tcPr>
            <w:tcW w:w="3686" w:type="dxa"/>
            <w:shd w:val="clear" w:color="auto" w:fill="FFFFFF" w:themeFill="background1"/>
          </w:tcPr>
          <w:p w14:paraId="64E516B0" w14:textId="77777777" w:rsidR="00CB0948" w:rsidRPr="003A710D" w:rsidRDefault="00CB0948">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A710D">
              <w:rPr>
                <w:rFonts w:ascii="Arial" w:hAnsi="Arial" w:cs="Arial"/>
              </w:rPr>
              <w:br/>
            </w:r>
          </w:p>
        </w:tc>
        <w:tc>
          <w:tcPr>
            <w:tcW w:w="1403" w:type="dxa"/>
            <w:shd w:val="clear" w:color="auto" w:fill="FFFFFF" w:themeFill="background1"/>
          </w:tcPr>
          <w:p w14:paraId="43A454B3" w14:textId="77777777" w:rsidR="00CB0948" w:rsidRPr="003A710D" w:rsidRDefault="00CB0948">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A710D">
              <w:rPr>
                <w:rFonts w:ascii="Arial" w:hAnsi="Arial" w:cs="Arial"/>
              </w:rPr>
              <w:br/>
            </w:r>
          </w:p>
        </w:tc>
      </w:tr>
      <w:tr w:rsidR="00CB0948" w:rsidRPr="003A710D" w14:paraId="0A604633" w14:textId="77777777" w:rsidTr="00806832">
        <w:trPr>
          <w:cnfStyle w:val="000000100000" w:firstRow="0" w:lastRow="0" w:firstColumn="0" w:lastColumn="0" w:oddVBand="0" w:evenVBand="0" w:oddHBand="1" w:evenHBand="0" w:firstRowFirstColumn="0" w:firstRowLastColumn="0" w:lastRowFirstColumn="0" w:lastRowLastColumn="0"/>
          <w:trHeight w:val="483"/>
        </w:trPr>
        <w:tc>
          <w:tcPr>
            <w:cnfStyle w:val="001000000000" w:firstRow="0" w:lastRow="0" w:firstColumn="1" w:lastColumn="0" w:oddVBand="0" w:evenVBand="0" w:oddHBand="0" w:evenHBand="0" w:firstRowFirstColumn="0" w:firstRowLastColumn="0" w:lastRowFirstColumn="0" w:lastRowLastColumn="0"/>
            <w:tcW w:w="5240" w:type="dxa"/>
            <w:shd w:val="clear" w:color="auto" w:fill="FFFFFF" w:themeFill="background1"/>
          </w:tcPr>
          <w:p w14:paraId="3A0BB8C1" w14:textId="77777777" w:rsidR="00CB0948" w:rsidRPr="003A710D" w:rsidRDefault="00CB0948">
            <w:pPr>
              <w:rPr>
                <w:rFonts w:ascii="Arial" w:hAnsi="Arial" w:cs="Arial"/>
              </w:rPr>
            </w:pPr>
            <w:r w:rsidRPr="003A710D">
              <w:rPr>
                <w:rFonts w:ascii="Arial" w:hAnsi="Arial" w:cs="Arial"/>
              </w:rPr>
              <w:br/>
            </w:r>
          </w:p>
        </w:tc>
        <w:tc>
          <w:tcPr>
            <w:tcW w:w="3686" w:type="dxa"/>
            <w:shd w:val="clear" w:color="auto" w:fill="FFFFFF" w:themeFill="background1"/>
          </w:tcPr>
          <w:p w14:paraId="6EBBA5BE" w14:textId="77777777" w:rsidR="00CB0948" w:rsidRPr="003A710D" w:rsidRDefault="00CB0948">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A710D">
              <w:rPr>
                <w:rFonts w:ascii="Arial" w:hAnsi="Arial" w:cs="Arial"/>
              </w:rPr>
              <w:br/>
            </w:r>
          </w:p>
        </w:tc>
        <w:tc>
          <w:tcPr>
            <w:tcW w:w="1403" w:type="dxa"/>
            <w:shd w:val="clear" w:color="auto" w:fill="FFFFFF" w:themeFill="background1"/>
          </w:tcPr>
          <w:p w14:paraId="2FD25DDD" w14:textId="77777777" w:rsidR="00CB0948" w:rsidRPr="003A710D" w:rsidRDefault="00CB0948">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A710D">
              <w:rPr>
                <w:rFonts w:ascii="Arial" w:hAnsi="Arial" w:cs="Arial"/>
              </w:rPr>
              <w:br/>
            </w:r>
          </w:p>
        </w:tc>
      </w:tr>
    </w:tbl>
    <w:p w14:paraId="190339E6" w14:textId="77777777" w:rsidR="00F0746D" w:rsidRDefault="00F0746D">
      <w:pPr>
        <w:rPr>
          <w:rFonts w:ascii="Arial" w:hAnsi="Arial" w:cs="Arial"/>
          <w:b/>
        </w:rPr>
      </w:pPr>
    </w:p>
    <w:p w14:paraId="2A71C10F" w14:textId="272D8991" w:rsidR="00D06CF4" w:rsidRPr="003A710D" w:rsidRDefault="00F519B3">
      <w:pPr>
        <w:rPr>
          <w:rFonts w:ascii="Arial" w:hAnsi="Arial" w:cs="Arial"/>
        </w:rPr>
      </w:pPr>
      <w:r w:rsidRPr="003A710D">
        <w:rPr>
          <w:rFonts w:ascii="Arial" w:hAnsi="Arial" w:cs="Arial"/>
          <w:b/>
        </w:rPr>
        <w:t xml:space="preserve">Relevant additional training or knowledge: </w:t>
      </w:r>
      <w:r w:rsidRPr="003A710D">
        <w:rPr>
          <w:rFonts w:ascii="Arial" w:hAnsi="Arial" w:cs="Arial"/>
        </w:rPr>
        <w:t>Please include any training relating to safeguarding, confidentiality, data protection, lone working, social care, community work, advice and guidance, counselling, communications, events or partnership working.</w:t>
      </w:r>
    </w:p>
    <w:tbl>
      <w:tblPr>
        <w:tblStyle w:val="TableGrid"/>
        <w:tblW w:w="0" w:type="auto"/>
        <w:tblLook w:val="04A0" w:firstRow="1" w:lastRow="0" w:firstColumn="1" w:lastColumn="0" w:noHBand="0" w:noVBand="1"/>
      </w:tblPr>
      <w:tblGrid>
        <w:gridCol w:w="10313"/>
      </w:tblGrid>
      <w:tr w:rsidR="00E85342" w:rsidRPr="003A710D" w14:paraId="7AE0310A" w14:textId="77777777" w:rsidTr="00A71373">
        <w:trPr>
          <w:trHeight w:val="2356"/>
        </w:trPr>
        <w:tc>
          <w:tcPr>
            <w:tcW w:w="10313" w:type="dxa"/>
          </w:tcPr>
          <w:p w14:paraId="486C3954" w14:textId="77777777" w:rsidR="00E85342" w:rsidRPr="003A710D" w:rsidRDefault="00E85342">
            <w:pPr>
              <w:spacing w:before="180" w:after="80"/>
              <w:rPr>
                <w:rFonts w:ascii="Arial" w:hAnsi="Arial" w:cs="Arial"/>
              </w:rPr>
            </w:pPr>
          </w:p>
        </w:tc>
      </w:tr>
    </w:tbl>
    <w:p w14:paraId="27144B00" w14:textId="77777777" w:rsidR="00492840" w:rsidRDefault="00492840">
      <w:pPr>
        <w:spacing w:before="180" w:after="80"/>
        <w:rPr>
          <w:rFonts w:ascii="Arial" w:hAnsi="Arial" w:cs="Arial"/>
          <w:b/>
          <w:sz w:val="26"/>
        </w:rPr>
      </w:pPr>
    </w:p>
    <w:p w14:paraId="79EF73DF" w14:textId="282E34A6" w:rsidR="00D06CF4" w:rsidRPr="003A710D" w:rsidRDefault="00F519B3">
      <w:pPr>
        <w:spacing w:before="180" w:after="80"/>
        <w:rPr>
          <w:rFonts w:ascii="Arial" w:hAnsi="Arial" w:cs="Arial"/>
        </w:rPr>
      </w:pPr>
      <w:r w:rsidRPr="003A710D">
        <w:rPr>
          <w:rFonts w:ascii="Arial" w:hAnsi="Arial" w:cs="Arial"/>
          <w:b/>
          <w:sz w:val="26"/>
        </w:rPr>
        <w:t>4. Employment / Career Details</w:t>
      </w:r>
    </w:p>
    <w:p w14:paraId="723D343C" w14:textId="04D033FA" w:rsidR="00D06CF4" w:rsidRPr="003A710D" w:rsidRDefault="00F519B3">
      <w:pPr>
        <w:rPr>
          <w:rFonts w:ascii="Arial" w:hAnsi="Arial" w:cs="Arial"/>
        </w:rPr>
      </w:pPr>
      <w:r w:rsidRPr="003A710D">
        <w:rPr>
          <w:rFonts w:ascii="Arial" w:hAnsi="Arial" w:cs="Arial"/>
        </w:rPr>
        <w:t>Please give details of your current and previous employment</w:t>
      </w:r>
      <w:r w:rsidR="00A71373">
        <w:rPr>
          <w:rFonts w:ascii="Arial" w:hAnsi="Arial" w:cs="Arial"/>
        </w:rPr>
        <w:t xml:space="preserve"> over the last 10 years</w:t>
      </w:r>
      <w:r w:rsidRPr="003A710D">
        <w:rPr>
          <w:rFonts w:ascii="Arial" w:hAnsi="Arial" w:cs="Arial"/>
        </w:rPr>
        <w:t>, starting with your most recent role.</w:t>
      </w:r>
    </w:p>
    <w:tbl>
      <w:tblPr>
        <w:tblStyle w:val="PlainTable1"/>
        <w:tblW w:w="11199" w:type="dxa"/>
        <w:tblInd w:w="-431" w:type="dxa"/>
        <w:shd w:val="clear" w:color="auto" w:fill="FFFFFF" w:themeFill="background1"/>
        <w:tblLook w:val="04A0" w:firstRow="1" w:lastRow="0" w:firstColumn="1" w:lastColumn="0" w:noHBand="0" w:noVBand="1"/>
      </w:tblPr>
      <w:tblGrid>
        <w:gridCol w:w="2411"/>
        <w:gridCol w:w="1843"/>
        <w:gridCol w:w="1417"/>
        <w:gridCol w:w="3827"/>
        <w:gridCol w:w="1701"/>
      </w:tblGrid>
      <w:tr w:rsidR="00D06CF4" w:rsidRPr="003A710D" w14:paraId="09CA40F9" w14:textId="77777777" w:rsidTr="00DB2A32">
        <w:trPr>
          <w:cnfStyle w:val="100000000000" w:firstRow="1" w:lastRow="0" w:firstColumn="0" w:lastColumn="0" w:oddVBand="0" w:evenVBand="0" w:oddHBand="0" w:evenHBand="0" w:firstRowFirstColumn="0" w:firstRowLastColumn="0" w:lastRowFirstColumn="0" w:lastRowLastColumn="0"/>
          <w:trHeight w:val="542"/>
        </w:trPr>
        <w:tc>
          <w:tcPr>
            <w:cnfStyle w:val="001000000000" w:firstRow="0" w:lastRow="0" w:firstColumn="1" w:lastColumn="0" w:oddVBand="0" w:evenVBand="0" w:oddHBand="0" w:evenHBand="0" w:firstRowFirstColumn="0" w:firstRowLastColumn="0" w:lastRowFirstColumn="0" w:lastRowLastColumn="0"/>
            <w:tcW w:w="2411" w:type="dxa"/>
            <w:shd w:val="clear" w:color="auto" w:fill="FFFFFF" w:themeFill="background1"/>
          </w:tcPr>
          <w:p w14:paraId="3109D650" w14:textId="77777777" w:rsidR="00D06CF4" w:rsidRPr="003A710D" w:rsidRDefault="00F519B3" w:rsidP="00A614DC">
            <w:pPr>
              <w:jc w:val="center"/>
              <w:rPr>
                <w:rFonts w:ascii="Arial" w:hAnsi="Arial" w:cs="Arial"/>
              </w:rPr>
            </w:pPr>
            <w:r w:rsidRPr="003A710D">
              <w:rPr>
                <w:rFonts w:ascii="Arial" w:hAnsi="Arial" w:cs="Arial"/>
              </w:rPr>
              <w:t>Employer / organisation</w:t>
            </w:r>
          </w:p>
        </w:tc>
        <w:tc>
          <w:tcPr>
            <w:tcW w:w="1843" w:type="dxa"/>
            <w:shd w:val="clear" w:color="auto" w:fill="FFFFFF" w:themeFill="background1"/>
          </w:tcPr>
          <w:p w14:paraId="616F7FEB" w14:textId="77777777" w:rsidR="00D06CF4" w:rsidRPr="003A710D" w:rsidRDefault="00F519B3" w:rsidP="00A614DC">
            <w:pPr>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3A710D">
              <w:rPr>
                <w:rFonts w:ascii="Arial" w:hAnsi="Arial" w:cs="Arial"/>
              </w:rPr>
              <w:t>Job title</w:t>
            </w:r>
          </w:p>
        </w:tc>
        <w:tc>
          <w:tcPr>
            <w:tcW w:w="1417" w:type="dxa"/>
            <w:shd w:val="clear" w:color="auto" w:fill="FFFFFF" w:themeFill="background1"/>
          </w:tcPr>
          <w:p w14:paraId="0D8B57CE" w14:textId="77777777" w:rsidR="00D06CF4" w:rsidRPr="003A710D" w:rsidRDefault="00F519B3" w:rsidP="00A614DC">
            <w:pPr>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3A710D">
              <w:rPr>
                <w:rFonts w:ascii="Arial" w:hAnsi="Arial" w:cs="Arial"/>
              </w:rPr>
              <w:t>Dates</w:t>
            </w:r>
          </w:p>
        </w:tc>
        <w:tc>
          <w:tcPr>
            <w:tcW w:w="3827" w:type="dxa"/>
            <w:shd w:val="clear" w:color="auto" w:fill="FFFFFF" w:themeFill="background1"/>
          </w:tcPr>
          <w:p w14:paraId="35B42FDC" w14:textId="77777777" w:rsidR="00D06CF4" w:rsidRPr="003A710D" w:rsidRDefault="00F519B3" w:rsidP="00A614DC">
            <w:pPr>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3A710D">
              <w:rPr>
                <w:rFonts w:ascii="Arial" w:hAnsi="Arial" w:cs="Arial"/>
              </w:rPr>
              <w:t>Main responsibilities</w:t>
            </w:r>
          </w:p>
        </w:tc>
        <w:tc>
          <w:tcPr>
            <w:tcW w:w="1701" w:type="dxa"/>
            <w:shd w:val="clear" w:color="auto" w:fill="FFFFFF" w:themeFill="background1"/>
          </w:tcPr>
          <w:p w14:paraId="5C9CE356" w14:textId="77777777" w:rsidR="00D06CF4" w:rsidRPr="003A710D" w:rsidRDefault="00F519B3" w:rsidP="00A614DC">
            <w:pPr>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3A710D">
              <w:rPr>
                <w:rFonts w:ascii="Arial" w:hAnsi="Arial" w:cs="Arial"/>
              </w:rPr>
              <w:t>Reason for leaving</w:t>
            </w:r>
          </w:p>
        </w:tc>
      </w:tr>
      <w:tr w:rsidR="00D06CF4" w:rsidRPr="003A710D" w14:paraId="67BD4903" w14:textId="77777777" w:rsidTr="00DB2A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1" w:type="dxa"/>
            <w:shd w:val="clear" w:color="auto" w:fill="FFFFFF" w:themeFill="background1"/>
          </w:tcPr>
          <w:p w14:paraId="2F2B450F" w14:textId="77777777" w:rsidR="00D06CF4" w:rsidRPr="003A710D" w:rsidRDefault="00F519B3">
            <w:pPr>
              <w:rPr>
                <w:rFonts w:ascii="Arial" w:hAnsi="Arial" w:cs="Arial"/>
              </w:rPr>
            </w:pPr>
            <w:r w:rsidRPr="003A710D">
              <w:rPr>
                <w:rFonts w:ascii="Arial" w:hAnsi="Arial" w:cs="Arial"/>
              </w:rPr>
              <w:br/>
            </w:r>
          </w:p>
        </w:tc>
        <w:tc>
          <w:tcPr>
            <w:tcW w:w="1843" w:type="dxa"/>
            <w:shd w:val="clear" w:color="auto" w:fill="FFFFFF" w:themeFill="background1"/>
          </w:tcPr>
          <w:p w14:paraId="2A05178F" w14:textId="77777777" w:rsidR="00D06CF4" w:rsidRPr="003A710D" w:rsidRDefault="00F519B3">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A710D">
              <w:rPr>
                <w:rFonts w:ascii="Arial" w:hAnsi="Arial" w:cs="Arial"/>
              </w:rPr>
              <w:br/>
            </w:r>
          </w:p>
        </w:tc>
        <w:tc>
          <w:tcPr>
            <w:tcW w:w="1417" w:type="dxa"/>
            <w:shd w:val="clear" w:color="auto" w:fill="FFFFFF" w:themeFill="background1"/>
          </w:tcPr>
          <w:p w14:paraId="20658AE3" w14:textId="4C6AC384" w:rsidR="00D06CF4" w:rsidRPr="003A710D" w:rsidRDefault="00F519B3">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A710D">
              <w:rPr>
                <w:rFonts w:ascii="Arial" w:hAnsi="Arial" w:cs="Arial"/>
              </w:rPr>
              <w:br/>
            </w:r>
          </w:p>
        </w:tc>
        <w:tc>
          <w:tcPr>
            <w:tcW w:w="3827" w:type="dxa"/>
            <w:shd w:val="clear" w:color="auto" w:fill="FFFFFF" w:themeFill="background1"/>
          </w:tcPr>
          <w:p w14:paraId="728DFA4F" w14:textId="77777777" w:rsidR="00D06CF4" w:rsidRPr="003A710D" w:rsidRDefault="00F519B3">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A710D">
              <w:rPr>
                <w:rFonts w:ascii="Arial" w:hAnsi="Arial" w:cs="Arial"/>
              </w:rPr>
              <w:br/>
            </w:r>
          </w:p>
        </w:tc>
        <w:tc>
          <w:tcPr>
            <w:tcW w:w="1701" w:type="dxa"/>
            <w:shd w:val="clear" w:color="auto" w:fill="FFFFFF" w:themeFill="background1"/>
          </w:tcPr>
          <w:p w14:paraId="4BC88C5A" w14:textId="77777777" w:rsidR="00D06CF4" w:rsidRPr="003A710D" w:rsidRDefault="00F519B3">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A710D">
              <w:rPr>
                <w:rFonts w:ascii="Arial" w:hAnsi="Arial" w:cs="Arial"/>
              </w:rPr>
              <w:br/>
            </w:r>
          </w:p>
        </w:tc>
      </w:tr>
      <w:tr w:rsidR="00D06CF4" w:rsidRPr="003A710D" w14:paraId="2FDA75F7" w14:textId="77777777" w:rsidTr="00DB2A32">
        <w:tc>
          <w:tcPr>
            <w:cnfStyle w:val="001000000000" w:firstRow="0" w:lastRow="0" w:firstColumn="1" w:lastColumn="0" w:oddVBand="0" w:evenVBand="0" w:oddHBand="0" w:evenHBand="0" w:firstRowFirstColumn="0" w:firstRowLastColumn="0" w:lastRowFirstColumn="0" w:lastRowLastColumn="0"/>
            <w:tcW w:w="2411" w:type="dxa"/>
            <w:shd w:val="clear" w:color="auto" w:fill="FFFFFF" w:themeFill="background1"/>
          </w:tcPr>
          <w:p w14:paraId="63A6DCA4" w14:textId="77777777" w:rsidR="00D06CF4" w:rsidRPr="003A710D" w:rsidRDefault="00F519B3">
            <w:pPr>
              <w:rPr>
                <w:rFonts w:ascii="Arial" w:hAnsi="Arial" w:cs="Arial"/>
              </w:rPr>
            </w:pPr>
            <w:r w:rsidRPr="003A710D">
              <w:rPr>
                <w:rFonts w:ascii="Arial" w:hAnsi="Arial" w:cs="Arial"/>
              </w:rPr>
              <w:br/>
            </w:r>
          </w:p>
        </w:tc>
        <w:tc>
          <w:tcPr>
            <w:tcW w:w="1843" w:type="dxa"/>
            <w:shd w:val="clear" w:color="auto" w:fill="FFFFFF" w:themeFill="background1"/>
          </w:tcPr>
          <w:p w14:paraId="136B76A4" w14:textId="77777777" w:rsidR="00D06CF4" w:rsidRPr="003A710D" w:rsidRDefault="00F519B3">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A710D">
              <w:rPr>
                <w:rFonts w:ascii="Arial" w:hAnsi="Arial" w:cs="Arial"/>
              </w:rPr>
              <w:br/>
            </w:r>
          </w:p>
        </w:tc>
        <w:tc>
          <w:tcPr>
            <w:tcW w:w="1417" w:type="dxa"/>
            <w:shd w:val="clear" w:color="auto" w:fill="FFFFFF" w:themeFill="background1"/>
          </w:tcPr>
          <w:p w14:paraId="1CB33D1C" w14:textId="77777777" w:rsidR="00D06CF4" w:rsidRPr="003A710D" w:rsidRDefault="00F519B3">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A710D">
              <w:rPr>
                <w:rFonts w:ascii="Arial" w:hAnsi="Arial" w:cs="Arial"/>
              </w:rPr>
              <w:br/>
            </w:r>
          </w:p>
        </w:tc>
        <w:tc>
          <w:tcPr>
            <w:tcW w:w="3827" w:type="dxa"/>
            <w:shd w:val="clear" w:color="auto" w:fill="FFFFFF" w:themeFill="background1"/>
          </w:tcPr>
          <w:p w14:paraId="233C123F" w14:textId="77777777" w:rsidR="00D06CF4" w:rsidRPr="003A710D" w:rsidRDefault="00F519B3">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A710D">
              <w:rPr>
                <w:rFonts w:ascii="Arial" w:hAnsi="Arial" w:cs="Arial"/>
              </w:rPr>
              <w:br/>
            </w:r>
          </w:p>
        </w:tc>
        <w:tc>
          <w:tcPr>
            <w:tcW w:w="1701" w:type="dxa"/>
            <w:shd w:val="clear" w:color="auto" w:fill="FFFFFF" w:themeFill="background1"/>
          </w:tcPr>
          <w:p w14:paraId="5294C1C5" w14:textId="77777777" w:rsidR="00D06CF4" w:rsidRPr="003A710D" w:rsidRDefault="00F519B3">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A710D">
              <w:rPr>
                <w:rFonts w:ascii="Arial" w:hAnsi="Arial" w:cs="Arial"/>
              </w:rPr>
              <w:br/>
            </w:r>
          </w:p>
        </w:tc>
      </w:tr>
      <w:tr w:rsidR="00D06CF4" w:rsidRPr="003A710D" w14:paraId="09997153" w14:textId="77777777" w:rsidTr="00DB2A32">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2411" w:type="dxa"/>
            <w:shd w:val="clear" w:color="auto" w:fill="FFFFFF" w:themeFill="background1"/>
          </w:tcPr>
          <w:p w14:paraId="6AEC3E93" w14:textId="77777777" w:rsidR="00D06CF4" w:rsidRPr="003A710D" w:rsidRDefault="00F519B3">
            <w:pPr>
              <w:rPr>
                <w:rFonts w:ascii="Arial" w:hAnsi="Arial" w:cs="Arial"/>
              </w:rPr>
            </w:pPr>
            <w:r w:rsidRPr="003A710D">
              <w:rPr>
                <w:rFonts w:ascii="Arial" w:hAnsi="Arial" w:cs="Arial"/>
              </w:rPr>
              <w:br/>
            </w:r>
          </w:p>
        </w:tc>
        <w:tc>
          <w:tcPr>
            <w:tcW w:w="1843" w:type="dxa"/>
            <w:shd w:val="clear" w:color="auto" w:fill="FFFFFF" w:themeFill="background1"/>
          </w:tcPr>
          <w:p w14:paraId="04296FF0" w14:textId="77777777" w:rsidR="00D06CF4" w:rsidRPr="003A710D" w:rsidRDefault="00F519B3">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A710D">
              <w:rPr>
                <w:rFonts w:ascii="Arial" w:hAnsi="Arial" w:cs="Arial"/>
              </w:rPr>
              <w:br/>
            </w:r>
          </w:p>
        </w:tc>
        <w:tc>
          <w:tcPr>
            <w:tcW w:w="1417" w:type="dxa"/>
            <w:shd w:val="clear" w:color="auto" w:fill="FFFFFF" w:themeFill="background1"/>
          </w:tcPr>
          <w:p w14:paraId="44B7F845" w14:textId="77777777" w:rsidR="00D06CF4" w:rsidRPr="003A710D" w:rsidRDefault="00F519B3">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A710D">
              <w:rPr>
                <w:rFonts w:ascii="Arial" w:hAnsi="Arial" w:cs="Arial"/>
              </w:rPr>
              <w:br/>
            </w:r>
          </w:p>
        </w:tc>
        <w:tc>
          <w:tcPr>
            <w:tcW w:w="3827" w:type="dxa"/>
            <w:shd w:val="clear" w:color="auto" w:fill="FFFFFF" w:themeFill="background1"/>
          </w:tcPr>
          <w:p w14:paraId="60BC3DBD" w14:textId="77777777" w:rsidR="00D06CF4" w:rsidRPr="003A710D" w:rsidRDefault="00F519B3">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A710D">
              <w:rPr>
                <w:rFonts w:ascii="Arial" w:hAnsi="Arial" w:cs="Arial"/>
              </w:rPr>
              <w:br/>
            </w:r>
          </w:p>
        </w:tc>
        <w:tc>
          <w:tcPr>
            <w:tcW w:w="1701" w:type="dxa"/>
            <w:shd w:val="clear" w:color="auto" w:fill="FFFFFF" w:themeFill="background1"/>
          </w:tcPr>
          <w:p w14:paraId="30997139" w14:textId="77777777" w:rsidR="00D06CF4" w:rsidRPr="003A710D" w:rsidRDefault="00F519B3">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A710D">
              <w:rPr>
                <w:rFonts w:ascii="Arial" w:hAnsi="Arial" w:cs="Arial"/>
              </w:rPr>
              <w:br/>
            </w:r>
          </w:p>
        </w:tc>
      </w:tr>
      <w:tr w:rsidR="00D06CF4" w:rsidRPr="003A710D" w14:paraId="648E9E74" w14:textId="77777777" w:rsidTr="00DB2A32">
        <w:tc>
          <w:tcPr>
            <w:cnfStyle w:val="001000000000" w:firstRow="0" w:lastRow="0" w:firstColumn="1" w:lastColumn="0" w:oddVBand="0" w:evenVBand="0" w:oddHBand="0" w:evenHBand="0" w:firstRowFirstColumn="0" w:firstRowLastColumn="0" w:lastRowFirstColumn="0" w:lastRowLastColumn="0"/>
            <w:tcW w:w="2411" w:type="dxa"/>
            <w:shd w:val="clear" w:color="auto" w:fill="FFFFFF" w:themeFill="background1"/>
          </w:tcPr>
          <w:p w14:paraId="5E9D39EB" w14:textId="77777777" w:rsidR="00D06CF4" w:rsidRPr="003A710D" w:rsidRDefault="00F519B3">
            <w:pPr>
              <w:rPr>
                <w:rFonts w:ascii="Arial" w:hAnsi="Arial" w:cs="Arial"/>
              </w:rPr>
            </w:pPr>
            <w:r w:rsidRPr="003A710D">
              <w:rPr>
                <w:rFonts w:ascii="Arial" w:hAnsi="Arial" w:cs="Arial"/>
              </w:rPr>
              <w:br/>
            </w:r>
          </w:p>
        </w:tc>
        <w:tc>
          <w:tcPr>
            <w:tcW w:w="1843" w:type="dxa"/>
            <w:shd w:val="clear" w:color="auto" w:fill="FFFFFF" w:themeFill="background1"/>
          </w:tcPr>
          <w:p w14:paraId="50C3D21F" w14:textId="77777777" w:rsidR="00D06CF4" w:rsidRPr="003A710D" w:rsidRDefault="00F519B3">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A710D">
              <w:rPr>
                <w:rFonts w:ascii="Arial" w:hAnsi="Arial" w:cs="Arial"/>
              </w:rPr>
              <w:br/>
            </w:r>
          </w:p>
        </w:tc>
        <w:tc>
          <w:tcPr>
            <w:tcW w:w="1417" w:type="dxa"/>
            <w:shd w:val="clear" w:color="auto" w:fill="FFFFFF" w:themeFill="background1"/>
          </w:tcPr>
          <w:p w14:paraId="0360E2BB" w14:textId="77777777" w:rsidR="00D06CF4" w:rsidRPr="003A710D" w:rsidRDefault="00F519B3">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A710D">
              <w:rPr>
                <w:rFonts w:ascii="Arial" w:hAnsi="Arial" w:cs="Arial"/>
              </w:rPr>
              <w:br/>
            </w:r>
          </w:p>
        </w:tc>
        <w:tc>
          <w:tcPr>
            <w:tcW w:w="3827" w:type="dxa"/>
            <w:shd w:val="clear" w:color="auto" w:fill="FFFFFF" w:themeFill="background1"/>
          </w:tcPr>
          <w:p w14:paraId="36E6CFE3" w14:textId="77777777" w:rsidR="00D06CF4" w:rsidRPr="003A710D" w:rsidRDefault="00F519B3">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A710D">
              <w:rPr>
                <w:rFonts w:ascii="Arial" w:hAnsi="Arial" w:cs="Arial"/>
              </w:rPr>
              <w:br/>
            </w:r>
          </w:p>
        </w:tc>
        <w:tc>
          <w:tcPr>
            <w:tcW w:w="1701" w:type="dxa"/>
            <w:shd w:val="clear" w:color="auto" w:fill="FFFFFF" w:themeFill="background1"/>
          </w:tcPr>
          <w:p w14:paraId="4FC21AE5" w14:textId="77777777" w:rsidR="00D06CF4" w:rsidRPr="003A710D" w:rsidRDefault="00F519B3">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A710D">
              <w:rPr>
                <w:rFonts w:ascii="Arial" w:hAnsi="Arial" w:cs="Arial"/>
              </w:rPr>
              <w:br/>
            </w:r>
          </w:p>
        </w:tc>
      </w:tr>
      <w:tr w:rsidR="00F2124B" w:rsidRPr="003A710D" w14:paraId="5AF34FEF" w14:textId="77777777" w:rsidTr="00DB2A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1" w:type="dxa"/>
            <w:shd w:val="clear" w:color="auto" w:fill="FFFFFF" w:themeFill="background1"/>
          </w:tcPr>
          <w:p w14:paraId="6E53740A" w14:textId="77777777" w:rsidR="00F2124B" w:rsidRPr="003A710D" w:rsidRDefault="00F2124B">
            <w:pPr>
              <w:rPr>
                <w:rFonts w:ascii="Arial" w:hAnsi="Arial" w:cs="Arial"/>
              </w:rPr>
            </w:pPr>
          </w:p>
        </w:tc>
        <w:tc>
          <w:tcPr>
            <w:tcW w:w="1843" w:type="dxa"/>
            <w:shd w:val="clear" w:color="auto" w:fill="FFFFFF" w:themeFill="background1"/>
          </w:tcPr>
          <w:p w14:paraId="6235719A" w14:textId="77777777" w:rsidR="00F2124B" w:rsidRPr="003A710D" w:rsidRDefault="00F2124B">
            <w:pPr>
              <w:cnfStyle w:val="000000100000" w:firstRow="0" w:lastRow="0" w:firstColumn="0" w:lastColumn="0" w:oddVBand="0" w:evenVBand="0" w:oddHBand="1" w:evenHBand="0" w:firstRowFirstColumn="0" w:firstRowLastColumn="0" w:lastRowFirstColumn="0" w:lastRowLastColumn="0"/>
              <w:rPr>
                <w:rFonts w:ascii="Arial" w:hAnsi="Arial" w:cs="Arial"/>
              </w:rPr>
            </w:pPr>
          </w:p>
          <w:p w14:paraId="1297912E" w14:textId="77777777" w:rsidR="00F2124B" w:rsidRPr="003A710D" w:rsidRDefault="00F2124B">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417" w:type="dxa"/>
            <w:shd w:val="clear" w:color="auto" w:fill="FFFFFF" w:themeFill="background1"/>
          </w:tcPr>
          <w:p w14:paraId="5BA95AC4" w14:textId="77777777" w:rsidR="00F2124B" w:rsidRPr="003A710D" w:rsidRDefault="00F2124B">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3827" w:type="dxa"/>
            <w:shd w:val="clear" w:color="auto" w:fill="FFFFFF" w:themeFill="background1"/>
          </w:tcPr>
          <w:p w14:paraId="0B0BEEDE" w14:textId="77777777" w:rsidR="00F2124B" w:rsidRPr="003A710D" w:rsidRDefault="00F2124B">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701" w:type="dxa"/>
            <w:shd w:val="clear" w:color="auto" w:fill="FFFFFF" w:themeFill="background1"/>
          </w:tcPr>
          <w:p w14:paraId="63D77012" w14:textId="77777777" w:rsidR="00F2124B" w:rsidRPr="003A710D" w:rsidRDefault="00F2124B">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bl>
    <w:p w14:paraId="7630E64C" w14:textId="77777777" w:rsidR="00F2124B" w:rsidRPr="003A710D" w:rsidRDefault="00F2124B">
      <w:pPr>
        <w:rPr>
          <w:rFonts w:ascii="Arial" w:hAnsi="Arial" w:cs="Arial"/>
          <w:b/>
        </w:rPr>
      </w:pPr>
    </w:p>
    <w:p w14:paraId="3C638EAC" w14:textId="77777777" w:rsidR="00DB2A32" w:rsidRDefault="00DB2A32">
      <w:pPr>
        <w:spacing w:before="180" w:after="80"/>
        <w:rPr>
          <w:rFonts w:ascii="Arial" w:hAnsi="Arial" w:cs="Arial"/>
          <w:b/>
          <w:sz w:val="26"/>
        </w:rPr>
      </w:pPr>
    </w:p>
    <w:p w14:paraId="43E6809C" w14:textId="4CC4FE7B" w:rsidR="00D06CF4" w:rsidRPr="003A710D" w:rsidRDefault="00F519B3">
      <w:pPr>
        <w:spacing w:before="180" w:after="80"/>
        <w:rPr>
          <w:rFonts w:ascii="Arial" w:hAnsi="Arial" w:cs="Arial"/>
        </w:rPr>
      </w:pPr>
      <w:r w:rsidRPr="003A710D">
        <w:rPr>
          <w:rFonts w:ascii="Arial" w:hAnsi="Arial" w:cs="Arial"/>
          <w:b/>
          <w:sz w:val="26"/>
        </w:rPr>
        <w:lastRenderedPageBreak/>
        <w:t>5. Supporting Statement</w:t>
      </w:r>
    </w:p>
    <w:p w14:paraId="7CE0B63D" w14:textId="77777777" w:rsidR="00D06CF4" w:rsidRPr="003A710D" w:rsidRDefault="00F519B3">
      <w:pPr>
        <w:rPr>
          <w:rFonts w:ascii="Arial" w:hAnsi="Arial" w:cs="Arial"/>
        </w:rPr>
      </w:pPr>
      <w:r w:rsidRPr="003A710D">
        <w:rPr>
          <w:rFonts w:ascii="Arial" w:hAnsi="Arial" w:cs="Arial"/>
        </w:rPr>
        <w:t>Please use this section to explain why you are applying for the Engagement Officer role and how your experience, skills and approach meet the requirements of the post.</w:t>
      </w:r>
    </w:p>
    <w:p w14:paraId="53BC2CA2" w14:textId="77777777" w:rsidR="00D06CF4" w:rsidRPr="003A710D" w:rsidRDefault="00F519B3">
      <w:pPr>
        <w:rPr>
          <w:rFonts w:ascii="Arial" w:hAnsi="Arial" w:cs="Arial"/>
        </w:rPr>
      </w:pPr>
      <w:r w:rsidRPr="003A710D">
        <w:rPr>
          <w:rFonts w:ascii="Arial" w:hAnsi="Arial" w:cs="Arial"/>
          <w:b/>
        </w:rPr>
        <w:t>You may wish to address:</w:t>
      </w:r>
    </w:p>
    <w:p w14:paraId="75092109" w14:textId="77777777" w:rsidR="00D06CF4" w:rsidRPr="003A710D" w:rsidRDefault="00F519B3">
      <w:pPr>
        <w:rPr>
          <w:rFonts w:ascii="Arial" w:hAnsi="Arial" w:cs="Arial"/>
        </w:rPr>
      </w:pPr>
      <w:r w:rsidRPr="003A710D">
        <w:rPr>
          <w:rFonts w:ascii="Arial" w:hAnsi="Arial" w:cs="Arial"/>
        </w:rPr>
        <w:t>• Your experience of engaging sensitively with people and building positive relationships.</w:t>
      </w:r>
    </w:p>
    <w:p w14:paraId="7A453C78" w14:textId="77777777" w:rsidR="00D06CF4" w:rsidRPr="003A710D" w:rsidRDefault="00F519B3">
      <w:pPr>
        <w:rPr>
          <w:rFonts w:ascii="Arial" w:hAnsi="Arial" w:cs="Arial"/>
        </w:rPr>
      </w:pPr>
      <w:r w:rsidRPr="003A710D">
        <w:rPr>
          <w:rFonts w:ascii="Arial" w:hAnsi="Arial" w:cs="Arial"/>
        </w:rPr>
        <w:t>• Your experience of community engagement, outreach, events or partnership working.</w:t>
      </w:r>
    </w:p>
    <w:p w14:paraId="4D2DBE81" w14:textId="77777777" w:rsidR="00D06CF4" w:rsidRPr="003A710D" w:rsidRDefault="00F519B3">
      <w:pPr>
        <w:rPr>
          <w:rFonts w:ascii="Arial" w:hAnsi="Arial" w:cs="Arial"/>
        </w:rPr>
      </w:pPr>
      <w:r w:rsidRPr="003A710D">
        <w:rPr>
          <w:rFonts w:ascii="Arial" w:hAnsi="Arial" w:cs="Arial"/>
        </w:rPr>
        <w:t>• Your organisational, administrative and digital skills.</w:t>
      </w:r>
    </w:p>
    <w:p w14:paraId="6EF23EE4" w14:textId="77777777" w:rsidR="00D06CF4" w:rsidRPr="003A710D" w:rsidRDefault="00F519B3">
      <w:pPr>
        <w:rPr>
          <w:rFonts w:ascii="Arial" w:hAnsi="Arial" w:cs="Arial"/>
        </w:rPr>
      </w:pPr>
      <w:r w:rsidRPr="003A710D">
        <w:rPr>
          <w:rFonts w:ascii="Arial" w:hAnsi="Arial" w:cs="Arial"/>
        </w:rPr>
        <w:t>• Your experience of communications and/or social media.</w:t>
      </w:r>
    </w:p>
    <w:p w14:paraId="5E639D79" w14:textId="77777777" w:rsidR="00D06CF4" w:rsidRPr="003A710D" w:rsidRDefault="00F519B3">
      <w:pPr>
        <w:rPr>
          <w:rFonts w:ascii="Arial" w:hAnsi="Arial" w:cs="Arial"/>
        </w:rPr>
      </w:pPr>
      <w:r w:rsidRPr="003A710D">
        <w:rPr>
          <w:rFonts w:ascii="Arial" w:hAnsi="Arial" w:cs="Arial"/>
        </w:rPr>
        <w:t>• Your understanding of, or interest in, the needs and experiences of unpaid carers.</w:t>
      </w:r>
    </w:p>
    <w:p w14:paraId="2E9D137C" w14:textId="77777777" w:rsidR="00D06CF4" w:rsidRPr="003A710D" w:rsidRDefault="00F519B3">
      <w:pPr>
        <w:rPr>
          <w:rFonts w:ascii="Arial" w:hAnsi="Arial" w:cs="Arial"/>
        </w:rPr>
      </w:pPr>
      <w:r w:rsidRPr="003A710D">
        <w:rPr>
          <w:rFonts w:ascii="Arial" w:hAnsi="Arial" w:cs="Arial"/>
        </w:rPr>
        <w:t>• Examples of working independently, using initiative and managing competing priorities.</w:t>
      </w:r>
    </w:p>
    <w:p w14:paraId="5B013E6F" w14:textId="77777777" w:rsidR="00D06CF4" w:rsidRPr="003A710D" w:rsidRDefault="00F519B3">
      <w:pPr>
        <w:rPr>
          <w:rFonts w:ascii="Arial" w:hAnsi="Arial" w:cs="Arial"/>
        </w:rPr>
      </w:pPr>
      <w:r w:rsidRPr="003A710D">
        <w:rPr>
          <w:rFonts w:ascii="Arial" w:hAnsi="Arial" w:cs="Arial"/>
        </w:rPr>
        <w:t>• Your understanding of confidentiality, safeguarding, data protection and professional boundaries.</w:t>
      </w:r>
    </w:p>
    <w:p w14:paraId="59C4FF9D" w14:textId="6AE53518" w:rsidR="00D06CF4" w:rsidRPr="003A710D" w:rsidRDefault="00F519B3">
      <w:pPr>
        <w:rPr>
          <w:rFonts w:ascii="Arial" w:hAnsi="Arial" w:cs="Arial"/>
        </w:rPr>
      </w:pPr>
      <w:r w:rsidRPr="003A710D">
        <w:rPr>
          <w:rFonts w:ascii="Arial" w:hAnsi="Arial" w:cs="Arial"/>
        </w:rPr>
        <w:t xml:space="preserve">• Your knowledge of local services or organisations in Dorset, </w:t>
      </w:r>
      <w:r w:rsidR="00492840" w:rsidRPr="003A710D">
        <w:rPr>
          <w:rFonts w:ascii="Arial" w:hAnsi="Arial" w:cs="Arial"/>
        </w:rPr>
        <w:t>communications/social media and/or the voluntary, community or charity sector.</w:t>
      </w:r>
    </w:p>
    <w:tbl>
      <w:tblPr>
        <w:tblStyle w:val="TableGrid"/>
        <w:tblW w:w="10402" w:type="dxa"/>
        <w:tblLook w:val="04A0" w:firstRow="1" w:lastRow="0" w:firstColumn="1" w:lastColumn="0" w:noHBand="0" w:noVBand="1"/>
      </w:tblPr>
      <w:tblGrid>
        <w:gridCol w:w="10402"/>
      </w:tblGrid>
      <w:tr w:rsidR="00E85342" w:rsidRPr="003A710D" w14:paraId="69C6D272" w14:textId="77777777" w:rsidTr="00492840">
        <w:trPr>
          <w:trHeight w:val="7798"/>
        </w:trPr>
        <w:tc>
          <w:tcPr>
            <w:tcW w:w="10402" w:type="dxa"/>
          </w:tcPr>
          <w:p w14:paraId="4B99E3D9" w14:textId="77777777" w:rsidR="00E85342" w:rsidRPr="003A710D" w:rsidRDefault="00E85342">
            <w:pPr>
              <w:spacing w:before="180" w:after="80"/>
              <w:rPr>
                <w:rFonts w:ascii="Arial" w:hAnsi="Arial" w:cs="Arial"/>
                <w:b/>
                <w:sz w:val="26"/>
              </w:rPr>
            </w:pPr>
          </w:p>
        </w:tc>
      </w:tr>
    </w:tbl>
    <w:p w14:paraId="2E8BD39D" w14:textId="1F3A9B6E" w:rsidR="00492840" w:rsidRDefault="00492840">
      <w:pPr>
        <w:spacing w:before="180" w:after="80"/>
        <w:rPr>
          <w:rFonts w:ascii="Arial" w:hAnsi="Arial" w:cs="Arial"/>
          <w:b/>
          <w:sz w:val="26"/>
        </w:rPr>
      </w:pPr>
    </w:p>
    <w:p w14:paraId="15D28A44" w14:textId="1498373D" w:rsidR="00D06CF4" w:rsidRPr="003A710D" w:rsidRDefault="00447B2E">
      <w:pPr>
        <w:spacing w:before="180" w:after="80"/>
        <w:rPr>
          <w:rFonts w:ascii="Arial" w:hAnsi="Arial" w:cs="Arial"/>
        </w:rPr>
      </w:pPr>
      <w:r>
        <w:rPr>
          <w:rFonts w:ascii="Arial" w:hAnsi="Arial" w:cs="Arial"/>
          <w:b/>
          <w:sz w:val="26"/>
        </w:rPr>
        <w:lastRenderedPageBreak/>
        <w:t>6</w:t>
      </w:r>
      <w:r w:rsidR="00EF77F5" w:rsidRPr="003A710D">
        <w:rPr>
          <w:rFonts w:ascii="Arial" w:hAnsi="Arial" w:cs="Arial"/>
          <w:b/>
          <w:sz w:val="26"/>
        </w:rPr>
        <w:t>. References</w:t>
      </w:r>
    </w:p>
    <w:p w14:paraId="490F031B" w14:textId="5235A10F" w:rsidR="00D06CF4" w:rsidRPr="003A710D" w:rsidRDefault="00F519B3">
      <w:pPr>
        <w:rPr>
          <w:rFonts w:ascii="Arial" w:hAnsi="Arial" w:cs="Arial"/>
        </w:rPr>
      </w:pPr>
      <w:r w:rsidRPr="003A710D">
        <w:rPr>
          <w:rFonts w:ascii="Arial" w:hAnsi="Arial" w:cs="Arial"/>
        </w:rPr>
        <w:t>Please provide two</w:t>
      </w:r>
      <w:r w:rsidR="00806832">
        <w:rPr>
          <w:rFonts w:ascii="Arial" w:hAnsi="Arial" w:cs="Arial"/>
        </w:rPr>
        <w:t xml:space="preserve"> professional</w:t>
      </w:r>
      <w:r w:rsidRPr="003A710D">
        <w:rPr>
          <w:rFonts w:ascii="Arial" w:hAnsi="Arial" w:cs="Arial"/>
        </w:rPr>
        <w:t xml:space="preserve"> referees. At least one should be</w:t>
      </w:r>
      <w:r w:rsidR="00645B2C">
        <w:rPr>
          <w:rFonts w:ascii="Arial" w:hAnsi="Arial" w:cs="Arial"/>
        </w:rPr>
        <w:t xml:space="preserve"> your most</w:t>
      </w:r>
      <w:r w:rsidRPr="003A710D">
        <w:rPr>
          <w:rFonts w:ascii="Arial" w:hAnsi="Arial" w:cs="Arial"/>
        </w:rPr>
        <w:t xml:space="preserve"> recent or current employer. Referees should not be relatives.</w:t>
      </w:r>
    </w:p>
    <w:tbl>
      <w:tblPr>
        <w:tblStyle w:val="PlainTable1"/>
        <w:tblW w:w="0" w:type="auto"/>
        <w:shd w:val="clear" w:color="auto" w:fill="FFFFFF" w:themeFill="background1"/>
        <w:tblLook w:val="04A0" w:firstRow="1" w:lastRow="0" w:firstColumn="1" w:lastColumn="0" w:noHBand="0" w:noVBand="1"/>
      </w:tblPr>
      <w:tblGrid>
        <w:gridCol w:w="2589"/>
        <w:gridCol w:w="2589"/>
        <w:gridCol w:w="2590"/>
        <w:gridCol w:w="2590"/>
      </w:tblGrid>
      <w:tr w:rsidR="000766D6" w:rsidRPr="003A710D" w14:paraId="4F189710" w14:textId="77777777" w:rsidTr="00F0746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78" w:type="dxa"/>
            <w:gridSpan w:val="2"/>
            <w:shd w:val="clear" w:color="auto" w:fill="FFFFFF" w:themeFill="background1"/>
          </w:tcPr>
          <w:p w14:paraId="2D1BC89B" w14:textId="0D53D4B7" w:rsidR="000766D6" w:rsidRPr="003A710D" w:rsidRDefault="00C7491D" w:rsidP="00C7491D">
            <w:pPr>
              <w:jc w:val="center"/>
              <w:rPr>
                <w:rFonts w:ascii="Arial" w:hAnsi="Arial" w:cs="Arial"/>
                <w:bCs w:val="0"/>
                <w:sz w:val="24"/>
                <w:szCs w:val="28"/>
              </w:rPr>
            </w:pPr>
            <w:r w:rsidRPr="003A710D">
              <w:rPr>
                <w:rFonts w:ascii="Arial" w:hAnsi="Arial" w:cs="Arial"/>
                <w:bCs w:val="0"/>
                <w:sz w:val="24"/>
                <w:szCs w:val="28"/>
              </w:rPr>
              <w:t>Reference 1</w:t>
            </w:r>
          </w:p>
        </w:tc>
        <w:tc>
          <w:tcPr>
            <w:tcW w:w="5180" w:type="dxa"/>
            <w:gridSpan w:val="2"/>
            <w:shd w:val="clear" w:color="auto" w:fill="FFFFFF" w:themeFill="background1"/>
          </w:tcPr>
          <w:p w14:paraId="7658FE16" w14:textId="362CFA33" w:rsidR="000766D6" w:rsidRPr="003A710D" w:rsidRDefault="00E83C45" w:rsidP="00E83C45">
            <w:pPr>
              <w:jc w:val="center"/>
              <w:cnfStyle w:val="100000000000" w:firstRow="1" w:lastRow="0" w:firstColumn="0" w:lastColumn="0" w:oddVBand="0" w:evenVBand="0" w:oddHBand="0" w:evenHBand="0" w:firstRowFirstColumn="0" w:firstRowLastColumn="0" w:lastRowFirstColumn="0" w:lastRowLastColumn="0"/>
              <w:rPr>
                <w:rFonts w:ascii="Arial" w:hAnsi="Arial" w:cs="Arial"/>
                <w:bCs w:val="0"/>
                <w:sz w:val="24"/>
                <w:szCs w:val="28"/>
              </w:rPr>
            </w:pPr>
            <w:r w:rsidRPr="003A710D">
              <w:rPr>
                <w:rFonts w:ascii="Arial" w:hAnsi="Arial" w:cs="Arial"/>
                <w:bCs w:val="0"/>
                <w:sz w:val="24"/>
                <w:szCs w:val="28"/>
              </w:rPr>
              <w:t>Reference 2</w:t>
            </w:r>
          </w:p>
        </w:tc>
      </w:tr>
      <w:tr w:rsidR="000766D6" w:rsidRPr="003A710D" w14:paraId="70F7D5FE" w14:textId="77777777" w:rsidTr="00F074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89" w:type="dxa"/>
            <w:shd w:val="clear" w:color="auto" w:fill="FFFFFF" w:themeFill="background1"/>
          </w:tcPr>
          <w:p w14:paraId="7D68316D" w14:textId="165E381A" w:rsidR="000766D6" w:rsidRPr="003A710D" w:rsidRDefault="000766D6">
            <w:pPr>
              <w:rPr>
                <w:rFonts w:ascii="Arial" w:hAnsi="Arial" w:cs="Arial"/>
                <w:b w:val="0"/>
                <w:sz w:val="22"/>
                <w:szCs w:val="24"/>
              </w:rPr>
            </w:pPr>
            <w:r w:rsidRPr="003A710D">
              <w:rPr>
                <w:rFonts w:ascii="Arial" w:hAnsi="Arial" w:cs="Arial"/>
                <w:b w:val="0"/>
                <w:sz w:val="22"/>
                <w:szCs w:val="24"/>
              </w:rPr>
              <w:t>Name:</w:t>
            </w:r>
          </w:p>
        </w:tc>
        <w:tc>
          <w:tcPr>
            <w:tcW w:w="2589" w:type="dxa"/>
            <w:shd w:val="clear" w:color="auto" w:fill="FFFFFF" w:themeFill="background1"/>
          </w:tcPr>
          <w:p w14:paraId="213D2307" w14:textId="77777777" w:rsidR="000766D6" w:rsidRPr="003A710D" w:rsidRDefault="000766D6">
            <w:pPr>
              <w:cnfStyle w:val="000000100000" w:firstRow="0" w:lastRow="0" w:firstColumn="0" w:lastColumn="0" w:oddVBand="0" w:evenVBand="0" w:oddHBand="1" w:evenHBand="0" w:firstRowFirstColumn="0" w:firstRowLastColumn="0" w:lastRowFirstColumn="0" w:lastRowLastColumn="0"/>
              <w:rPr>
                <w:rFonts w:ascii="Arial" w:hAnsi="Arial" w:cs="Arial"/>
                <w:bCs/>
                <w:sz w:val="22"/>
                <w:szCs w:val="24"/>
              </w:rPr>
            </w:pPr>
          </w:p>
        </w:tc>
        <w:tc>
          <w:tcPr>
            <w:tcW w:w="2590" w:type="dxa"/>
            <w:shd w:val="clear" w:color="auto" w:fill="FFFFFF" w:themeFill="background1"/>
          </w:tcPr>
          <w:p w14:paraId="417583E8" w14:textId="4A44C8AC" w:rsidR="000766D6" w:rsidRPr="003A710D" w:rsidRDefault="000766D6">
            <w:pPr>
              <w:cnfStyle w:val="000000100000" w:firstRow="0" w:lastRow="0" w:firstColumn="0" w:lastColumn="0" w:oddVBand="0" w:evenVBand="0" w:oddHBand="1" w:evenHBand="0" w:firstRowFirstColumn="0" w:firstRowLastColumn="0" w:lastRowFirstColumn="0" w:lastRowLastColumn="0"/>
              <w:rPr>
                <w:rFonts w:ascii="Arial" w:hAnsi="Arial" w:cs="Arial"/>
                <w:bCs/>
                <w:sz w:val="22"/>
                <w:szCs w:val="24"/>
              </w:rPr>
            </w:pPr>
            <w:r w:rsidRPr="003A710D">
              <w:rPr>
                <w:rFonts w:ascii="Arial" w:hAnsi="Arial" w:cs="Arial"/>
                <w:bCs/>
                <w:sz w:val="22"/>
                <w:szCs w:val="24"/>
              </w:rPr>
              <w:t>Name:</w:t>
            </w:r>
          </w:p>
        </w:tc>
        <w:tc>
          <w:tcPr>
            <w:tcW w:w="2590" w:type="dxa"/>
            <w:shd w:val="clear" w:color="auto" w:fill="FFFFFF" w:themeFill="background1"/>
          </w:tcPr>
          <w:p w14:paraId="5452363E" w14:textId="77777777" w:rsidR="000766D6" w:rsidRPr="003A710D" w:rsidRDefault="000766D6">
            <w:pPr>
              <w:cnfStyle w:val="000000100000" w:firstRow="0" w:lastRow="0" w:firstColumn="0" w:lastColumn="0" w:oddVBand="0" w:evenVBand="0" w:oddHBand="1" w:evenHBand="0" w:firstRowFirstColumn="0" w:firstRowLastColumn="0" w:lastRowFirstColumn="0" w:lastRowLastColumn="0"/>
              <w:rPr>
                <w:rFonts w:ascii="Arial" w:hAnsi="Arial" w:cs="Arial"/>
                <w:b/>
                <w:sz w:val="22"/>
                <w:szCs w:val="24"/>
              </w:rPr>
            </w:pPr>
          </w:p>
        </w:tc>
      </w:tr>
      <w:tr w:rsidR="00C40673" w:rsidRPr="003A710D" w14:paraId="249C147C" w14:textId="77777777" w:rsidTr="00F0746D">
        <w:tc>
          <w:tcPr>
            <w:cnfStyle w:val="001000000000" w:firstRow="0" w:lastRow="0" w:firstColumn="1" w:lastColumn="0" w:oddVBand="0" w:evenVBand="0" w:oddHBand="0" w:evenHBand="0" w:firstRowFirstColumn="0" w:firstRowLastColumn="0" w:lastRowFirstColumn="0" w:lastRowLastColumn="0"/>
            <w:tcW w:w="2589" w:type="dxa"/>
            <w:shd w:val="clear" w:color="auto" w:fill="FFFFFF" w:themeFill="background1"/>
          </w:tcPr>
          <w:p w14:paraId="6ED95992" w14:textId="3D217D0E" w:rsidR="00C40673" w:rsidRPr="003A710D" w:rsidRDefault="00C40673" w:rsidP="00C40673">
            <w:pPr>
              <w:rPr>
                <w:rFonts w:ascii="Arial" w:hAnsi="Arial" w:cs="Arial"/>
                <w:b w:val="0"/>
                <w:sz w:val="22"/>
                <w:szCs w:val="24"/>
              </w:rPr>
            </w:pPr>
            <w:r w:rsidRPr="003A710D">
              <w:rPr>
                <w:rFonts w:ascii="Arial" w:hAnsi="Arial" w:cs="Arial"/>
                <w:b w:val="0"/>
                <w:sz w:val="22"/>
                <w:szCs w:val="24"/>
              </w:rPr>
              <w:t>Job title/relationship</w:t>
            </w:r>
            <w:r w:rsidR="00E83C45" w:rsidRPr="003A710D">
              <w:rPr>
                <w:rFonts w:ascii="Arial" w:hAnsi="Arial" w:cs="Arial"/>
                <w:b w:val="0"/>
                <w:sz w:val="22"/>
                <w:szCs w:val="24"/>
              </w:rPr>
              <w:t>:</w:t>
            </w:r>
          </w:p>
        </w:tc>
        <w:tc>
          <w:tcPr>
            <w:tcW w:w="2589" w:type="dxa"/>
            <w:shd w:val="clear" w:color="auto" w:fill="FFFFFF" w:themeFill="background1"/>
          </w:tcPr>
          <w:p w14:paraId="234E3040" w14:textId="77777777" w:rsidR="00C40673" w:rsidRPr="003A710D" w:rsidRDefault="00C40673" w:rsidP="00C40673">
            <w:pPr>
              <w:cnfStyle w:val="000000000000" w:firstRow="0" w:lastRow="0" w:firstColumn="0" w:lastColumn="0" w:oddVBand="0" w:evenVBand="0" w:oddHBand="0" w:evenHBand="0" w:firstRowFirstColumn="0" w:firstRowLastColumn="0" w:lastRowFirstColumn="0" w:lastRowLastColumn="0"/>
              <w:rPr>
                <w:rFonts w:ascii="Arial" w:hAnsi="Arial" w:cs="Arial"/>
                <w:bCs/>
                <w:sz w:val="22"/>
                <w:szCs w:val="24"/>
              </w:rPr>
            </w:pPr>
          </w:p>
        </w:tc>
        <w:tc>
          <w:tcPr>
            <w:tcW w:w="2590" w:type="dxa"/>
            <w:shd w:val="clear" w:color="auto" w:fill="FFFFFF" w:themeFill="background1"/>
          </w:tcPr>
          <w:p w14:paraId="099DC49F" w14:textId="521B6EF7" w:rsidR="00C40673" w:rsidRPr="003A710D" w:rsidRDefault="00C40673" w:rsidP="00C40673">
            <w:pPr>
              <w:cnfStyle w:val="000000000000" w:firstRow="0" w:lastRow="0" w:firstColumn="0" w:lastColumn="0" w:oddVBand="0" w:evenVBand="0" w:oddHBand="0" w:evenHBand="0" w:firstRowFirstColumn="0" w:firstRowLastColumn="0" w:lastRowFirstColumn="0" w:lastRowLastColumn="0"/>
              <w:rPr>
                <w:rFonts w:ascii="Arial" w:hAnsi="Arial" w:cs="Arial"/>
                <w:bCs/>
                <w:sz w:val="22"/>
                <w:szCs w:val="24"/>
              </w:rPr>
            </w:pPr>
            <w:r w:rsidRPr="003A710D">
              <w:rPr>
                <w:rFonts w:ascii="Arial" w:hAnsi="Arial" w:cs="Arial"/>
                <w:bCs/>
                <w:sz w:val="22"/>
                <w:szCs w:val="24"/>
              </w:rPr>
              <w:t>Job title/relationship</w:t>
            </w:r>
            <w:r w:rsidR="00E83C45" w:rsidRPr="003A710D">
              <w:rPr>
                <w:rFonts w:ascii="Arial" w:hAnsi="Arial" w:cs="Arial"/>
                <w:bCs/>
                <w:sz w:val="22"/>
                <w:szCs w:val="24"/>
              </w:rPr>
              <w:t>:</w:t>
            </w:r>
          </w:p>
        </w:tc>
        <w:tc>
          <w:tcPr>
            <w:tcW w:w="2590" w:type="dxa"/>
            <w:shd w:val="clear" w:color="auto" w:fill="FFFFFF" w:themeFill="background1"/>
          </w:tcPr>
          <w:p w14:paraId="048CB22D" w14:textId="77777777" w:rsidR="00C40673" w:rsidRPr="003A710D" w:rsidRDefault="00C40673" w:rsidP="00C40673">
            <w:pPr>
              <w:cnfStyle w:val="000000000000" w:firstRow="0" w:lastRow="0" w:firstColumn="0" w:lastColumn="0" w:oddVBand="0" w:evenVBand="0" w:oddHBand="0" w:evenHBand="0" w:firstRowFirstColumn="0" w:firstRowLastColumn="0" w:lastRowFirstColumn="0" w:lastRowLastColumn="0"/>
              <w:rPr>
                <w:rFonts w:ascii="Arial" w:hAnsi="Arial" w:cs="Arial"/>
                <w:b/>
                <w:sz w:val="22"/>
                <w:szCs w:val="24"/>
              </w:rPr>
            </w:pPr>
          </w:p>
        </w:tc>
      </w:tr>
      <w:tr w:rsidR="00C7491D" w:rsidRPr="003A710D" w14:paraId="2B9ACE42" w14:textId="77777777" w:rsidTr="00F074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89" w:type="dxa"/>
            <w:shd w:val="clear" w:color="auto" w:fill="FFFFFF" w:themeFill="background1"/>
          </w:tcPr>
          <w:p w14:paraId="12CA8C00" w14:textId="48C769C9" w:rsidR="00C7491D" w:rsidRPr="003A710D" w:rsidRDefault="00C7491D" w:rsidP="00C7491D">
            <w:pPr>
              <w:rPr>
                <w:rFonts w:ascii="Arial" w:hAnsi="Arial" w:cs="Arial"/>
                <w:b w:val="0"/>
                <w:sz w:val="22"/>
                <w:szCs w:val="24"/>
              </w:rPr>
            </w:pPr>
            <w:r w:rsidRPr="003A710D">
              <w:rPr>
                <w:rFonts w:ascii="Arial" w:hAnsi="Arial" w:cs="Arial"/>
                <w:b w:val="0"/>
                <w:sz w:val="22"/>
                <w:szCs w:val="24"/>
              </w:rPr>
              <w:t>Organisation</w:t>
            </w:r>
            <w:r w:rsidR="00E83C45" w:rsidRPr="003A710D">
              <w:rPr>
                <w:rFonts w:ascii="Arial" w:hAnsi="Arial" w:cs="Arial"/>
                <w:b w:val="0"/>
                <w:sz w:val="22"/>
                <w:szCs w:val="24"/>
              </w:rPr>
              <w:t>:</w:t>
            </w:r>
          </w:p>
        </w:tc>
        <w:tc>
          <w:tcPr>
            <w:tcW w:w="2589" w:type="dxa"/>
            <w:shd w:val="clear" w:color="auto" w:fill="FFFFFF" w:themeFill="background1"/>
          </w:tcPr>
          <w:p w14:paraId="7F69A341" w14:textId="77777777" w:rsidR="00C7491D" w:rsidRPr="003A710D" w:rsidRDefault="00C7491D" w:rsidP="00C7491D">
            <w:pPr>
              <w:cnfStyle w:val="000000100000" w:firstRow="0" w:lastRow="0" w:firstColumn="0" w:lastColumn="0" w:oddVBand="0" w:evenVBand="0" w:oddHBand="1" w:evenHBand="0" w:firstRowFirstColumn="0" w:firstRowLastColumn="0" w:lastRowFirstColumn="0" w:lastRowLastColumn="0"/>
              <w:rPr>
                <w:rFonts w:ascii="Arial" w:hAnsi="Arial" w:cs="Arial"/>
                <w:bCs/>
                <w:sz w:val="22"/>
                <w:szCs w:val="24"/>
              </w:rPr>
            </w:pPr>
          </w:p>
        </w:tc>
        <w:tc>
          <w:tcPr>
            <w:tcW w:w="2590" w:type="dxa"/>
            <w:shd w:val="clear" w:color="auto" w:fill="FFFFFF" w:themeFill="background1"/>
          </w:tcPr>
          <w:p w14:paraId="12A8EADA" w14:textId="017CD1A0" w:rsidR="00C7491D" w:rsidRPr="003A710D" w:rsidRDefault="00C7491D" w:rsidP="00C7491D">
            <w:pPr>
              <w:cnfStyle w:val="000000100000" w:firstRow="0" w:lastRow="0" w:firstColumn="0" w:lastColumn="0" w:oddVBand="0" w:evenVBand="0" w:oddHBand="1" w:evenHBand="0" w:firstRowFirstColumn="0" w:firstRowLastColumn="0" w:lastRowFirstColumn="0" w:lastRowLastColumn="0"/>
              <w:rPr>
                <w:rFonts w:ascii="Arial" w:hAnsi="Arial" w:cs="Arial"/>
                <w:bCs/>
                <w:sz w:val="22"/>
                <w:szCs w:val="24"/>
              </w:rPr>
            </w:pPr>
            <w:r w:rsidRPr="003A710D">
              <w:rPr>
                <w:rFonts w:ascii="Arial" w:hAnsi="Arial" w:cs="Arial"/>
                <w:bCs/>
                <w:sz w:val="22"/>
                <w:szCs w:val="24"/>
              </w:rPr>
              <w:t>Organisation</w:t>
            </w:r>
            <w:r w:rsidR="00E83C45" w:rsidRPr="003A710D">
              <w:rPr>
                <w:rFonts w:ascii="Arial" w:hAnsi="Arial" w:cs="Arial"/>
                <w:bCs/>
                <w:sz w:val="22"/>
                <w:szCs w:val="24"/>
              </w:rPr>
              <w:t>:</w:t>
            </w:r>
          </w:p>
        </w:tc>
        <w:tc>
          <w:tcPr>
            <w:tcW w:w="2590" w:type="dxa"/>
            <w:shd w:val="clear" w:color="auto" w:fill="FFFFFF" w:themeFill="background1"/>
          </w:tcPr>
          <w:p w14:paraId="754678F2" w14:textId="77777777" w:rsidR="00C7491D" w:rsidRPr="003A710D" w:rsidRDefault="00C7491D" w:rsidP="00C7491D">
            <w:pPr>
              <w:cnfStyle w:val="000000100000" w:firstRow="0" w:lastRow="0" w:firstColumn="0" w:lastColumn="0" w:oddVBand="0" w:evenVBand="0" w:oddHBand="1" w:evenHBand="0" w:firstRowFirstColumn="0" w:firstRowLastColumn="0" w:lastRowFirstColumn="0" w:lastRowLastColumn="0"/>
              <w:rPr>
                <w:rFonts w:ascii="Arial" w:hAnsi="Arial" w:cs="Arial"/>
                <w:b/>
                <w:sz w:val="22"/>
                <w:szCs w:val="24"/>
              </w:rPr>
            </w:pPr>
          </w:p>
        </w:tc>
      </w:tr>
      <w:tr w:rsidR="00C7491D" w:rsidRPr="00AD6B18" w14:paraId="7E712695" w14:textId="77777777" w:rsidTr="00F0746D">
        <w:tc>
          <w:tcPr>
            <w:cnfStyle w:val="001000000000" w:firstRow="0" w:lastRow="0" w:firstColumn="1" w:lastColumn="0" w:oddVBand="0" w:evenVBand="0" w:oddHBand="0" w:evenHBand="0" w:firstRowFirstColumn="0" w:firstRowLastColumn="0" w:lastRowFirstColumn="0" w:lastRowLastColumn="0"/>
            <w:tcW w:w="2589" w:type="dxa"/>
            <w:shd w:val="clear" w:color="auto" w:fill="FFFFFF" w:themeFill="background1"/>
          </w:tcPr>
          <w:p w14:paraId="6C3BE838" w14:textId="25322CD9" w:rsidR="00C7491D" w:rsidRPr="003A710D" w:rsidRDefault="00C7491D" w:rsidP="00C7491D">
            <w:pPr>
              <w:rPr>
                <w:rFonts w:ascii="Arial" w:hAnsi="Arial" w:cs="Arial"/>
                <w:b w:val="0"/>
                <w:sz w:val="22"/>
                <w:szCs w:val="24"/>
              </w:rPr>
            </w:pPr>
            <w:r w:rsidRPr="003A710D">
              <w:rPr>
                <w:rFonts w:ascii="Arial" w:hAnsi="Arial" w:cs="Arial"/>
                <w:b w:val="0"/>
                <w:sz w:val="22"/>
                <w:szCs w:val="24"/>
              </w:rPr>
              <w:t>Address</w:t>
            </w:r>
            <w:r w:rsidR="00E83C45" w:rsidRPr="003A710D">
              <w:rPr>
                <w:rFonts w:ascii="Arial" w:hAnsi="Arial" w:cs="Arial"/>
                <w:b w:val="0"/>
                <w:sz w:val="22"/>
                <w:szCs w:val="24"/>
              </w:rPr>
              <w:t>:</w:t>
            </w:r>
          </w:p>
        </w:tc>
        <w:tc>
          <w:tcPr>
            <w:tcW w:w="2589" w:type="dxa"/>
            <w:shd w:val="clear" w:color="auto" w:fill="FFFFFF" w:themeFill="background1"/>
          </w:tcPr>
          <w:p w14:paraId="1A14DEA1" w14:textId="77777777" w:rsidR="00C7491D" w:rsidRPr="003A710D" w:rsidRDefault="00C7491D" w:rsidP="00C7491D">
            <w:pPr>
              <w:cnfStyle w:val="000000000000" w:firstRow="0" w:lastRow="0" w:firstColumn="0" w:lastColumn="0" w:oddVBand="0" w:evenVBand="0" w:oddHBand="0" w:evenHBand="0" w:firstRowFirstColumn="0" w:firstRowLastColumn="0" w:lastRowFirstColumn="0" w:lastRowLastColumn="0"/>
              <w:rPr>
                <w:rFonts w:ascii="Arial" w:hAnsi="Arial" w:cs="Arial"/>
                <w:bCs/>
                <w:sz w:val="22"/>
                <w:szCs w:val="24"/>
              </w:rPr>
            </w:pPr>
          </w:p>
          <w:p w14:paraId="514895C4" w14:textId="77777777" w:rsidR="00C7491D" w:rsidRPr="003A710D" w:rsidRDefault="00C7491D" w:rsidP="00C7491D">
            <w:pPr>
              <w:cnfStyle w:val="000000000000" w:firstRow="0" w:lastRow="0" w:firstColumn="0" w:lastColumn="0" w:oddVBand="0" w:evenVBand="0" w:oddHBand="0" w:evenHBand="0" w:firstRowFirstColumn="0" w:firstRowLastColumn="0" w:lastRowFirstColumn="0" w:lastRowLastColumn="0"/>
              <w:rPr>
                <w:rFonts w:ascii="Arial" w:hAnsi="Arial" w:cs="Arial"/>
                <w:bCs/>
                <w:sz w:val="22"/>
                <w:szCs w:val="24"/>
              </w:rPr>
            </w:pPr>
          </w:p>
        </w:tc>
        <w:tc>
          <w:tcPr>
            <w:tcW w:w="2590" w:type="dxa"/>
            <w:shd w:val="clear" w:color="auto" w:fill="FFFFFF" w:themeFill="background1"/>
          </w:tcPr>
          <w:p w14:paraId="68A66FEB" w14:textId="2C829D13" w:rsidR="00C7491D" w:rsidRPr="003A710D" w:rsidRDefault="00C7491D" w:rsidP="00C7491D">
            <w:pPr>
              <w:cnfStyle w:val="000000000000" w:firstRow="0" w:lastRow="0" w:firstColumn="0" w:lastColumn="0" w:oddVBand="0" w:evenVBand="0" w:oddHBand="0" w:evenHBand="0" w:firstRowFirstColumn="0" w:firstRowLastColumn="0" w:lastRowFirstColumn="0" w:lastRowLastColumn="0"/>
              <w:rPr>
                <w:rFonts w:ascii="Arial" w:hAnsi="Arial" w:cs="Arial"/>
                <w:bCs/>
                <w:sz w:val="22"/>
                <w:szCs w:val="24"/>
              </w:rPr>
            </w:pPr>
            <w:r w:rsidRPr="003A710D">
              <w:rPr>
                <w:rFonts w:ascii="Arial" w:hAnsi="Arial" w:cs="Arial"/>
                <w:bCs/>
                <w:sz w:val="22"/>
                <w:szCs w:val="24"/>
              </w:rPr>
              <w:t>Address</w:t>
            </w:r>
            <w:r w:rsidR="00E83C45" w:rsidRPr="003A710D">
              <w:rPr>
                <w:rFonts w:ascii="Arial" w:hAnsi="Arial" w:cs="Arial"/>
                <w:bCs/>
                <w:sz w:val="22"/>
                <w:szCs w:val="24"/>
              </w:rPr>
              <w:t>:</w:t>
            </w:r>
          </w:p>
        </w:tc>
        <w:tc>
          <w:tcPr>
            <w:tcW w:w="2590" w:type="dxa"/>
            <w:shd w:val="clear" w:color="auto" w:fill="FFFFFF" w:themeFill="background1"/>
          </w:tcPr>
          <w:p w14:paraId="542083E7" w14:textId="77777777" w:rsidR="00C7491D" w:rsidRPr="003A710D" w:rsidRDefault="00C7491D" w:rsidP="00C7491D">
            <w:pPr>
              <w:cnfStyle w:val="000000000000" w:firstRow="0" w:lastRow="0" w:firstColumn="0" w:lastColumn="0" w:oddVBand="0" w:evenVBand="0" w:oddHBand="0" w:evenHBand="0" w:firstRowFirstColumn="0" w:firstRowLastColumn="0" w:lastRowFirstColumn="0" w:lastRowLastColumn="0"/>
              <w:rPr>
                <w:rFonts w:ascii="Arial" w:hAnsi="Arial" w:cs="Arial"/>
                <w:b/>
                <w:sz w:val="22"/>
                <w:szCs w:val="24"/>
              </w:rPr>
            </w:pPr>
          </w:p>
        </w:tc>
      </w:tr>
      <w:tr w:rsidR="00C7491D" w:rsidRPr="003A710D" w14:paraId="3C5F1916" w14:textId="77777777" w:rsidTr="00F074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89" w:type="dxa"/>
            <w:shd w:val="clear" w:color="auto" w:fill="FFFFFF" w:themeFill="background1"/>
          </w:tcPr>
          <w:p w14:paraId="46E1156D" w14:textId="376E5973" w:rsidR="00C7491D" w:rsidRPr="003A710D" w:rsidRDefault="00C7491D" w:rsidP="00C7491D">
            <w:pPr>
              <w:rPr>
                <w:rFonts w:ascii="Arial" w:hAnsi="Arial" w:cs="Arial"/>
                <w:b w:val="0"/>
                <w:sz w:val="22"/>
                <w:szCs w:val="24"/>
              </w:rPr>
            </w:pPr>
            <w:r w:rsidRPr="003A710D">
              <w:rPr>
                <w:rFonts w:ascii="Arial" w:hAnsi="Arial" w:cs="Arial"/>
                <w:b w:val="0"/>
                <w:sz w:val="22"/>
                <w:szCs w:val="24"/>
              </w:rPr>
              <w:t>Telephone</w:t>
            </w:r>
            <w:r w:rsidR="00E83C45" w:rsidRPr="003A710D">
              <w:rPr>
                <w:rFonts w:ascii="Arial" w:hAnsi="Arial" w:cs="Arial"/>
                <w:b w:val="0"/>
                <w:sz w:val="22"/>
                <w:szCs w:val="24"/>
              </w:rPr>
              <w:t>:</w:t>
            </w:r>
          </w:p>
        </w:tc>
        <w:tc>
          <w:tcPr>
            <w:tcW w:w="2589" w:type="dxa"/>
            <w:shd w:val="clear" w:color="auto" w:fill="FFFFFF" w:themeFill="background1"/>
          </w:tcPr>
          <w:p w14:paraId="43FFC2E0" w14:textId="77777777" w:rsidR="00C7491D" w:rsidRPr="003A710D" w:rsidRDefault="00C7491D" w:rsidP="00C7491D">
            <w:pPr>
              <w:cnfStyle w:val="000000100000" w:firstRow="0" w:lastRow="0" w:firstColumn="0" w:lastColumn="0" w:oddVBand="0" w:evenVBand="0" w:oddHBand="1" w:evenHBand="0" w:firstRowFirstColumn="0" w:firstRowLastColumn="0" w:lastRowFirstColumn="0" w:lastRowLastColumn="0"/>
              <w:rPr>
                <w:rFonts w:ascii="Arial" w:hAnsi="Arial" w:cs="Arial"/>
                <w:bCs/>
                <w:sz w:val="22"/>
                <w:szCs w:val="24"/>
              </w:rPr>
            </w:pPr>
          </w:p>
        </w:tc>
        <w:tc>
          <w:tcPr>
            <w:tcW w:w="2590" w:type="dxa"/>
            <w:shd w:val="clear" w:color="auto" w:fill="FFFFFF" w:themeFill="background1"/>
          </w:tcPr>
          <w:p w14:paraId="45E3E1C4" w14:textId="29D0B35A" w:rsidR="00C7491D" w:rsidRPr="003A710D" w:rsidRDefault="00C7491D" w:rsidP="00C7491D">
            <w:pPr>
              <w:cnfStyle w:val="000000100000" w:firstRow="0" w:lastRow="0" w:firstColumn="0" w:lastColumn="0" w:oddVBand="0" w:evenVBand="0" w:oddHBand="1" w:evenHBand="0" w:firstRowFirstColumn="0" w:firstRowLastColumn="0" w:lastRowFirstColumn="0" w:lastRowLastColumn="0"/>
              <w:rPr>
                <w:rFonts w:ascii="Arial" w:hAnsi="Arial" w:cs="Arial"/>
                <w:bCs/>
                <w:sz w:val="22"/>
                <w:szCs w:val="24"/>
              </w:rPr>
            </w:pPr>
            <w:r w:rsidRPr="003A710D">
              <w:rPr>
                <w:rFonts w:ascii="Arial" w:hAnsi="Arial" w:cs="Arial"/>
                <w:bCs/>
                <w:sz w:val="22"/>
                <w:szCs w:val="24"/>
              </w:rPr>
              <w:t>Telephone</w:t>
            </w:r>
            <w:r w:rsidR="00E83C45" w:rsidRPr="003A710D">
              <w:rPr>
                <w:rFonts w:ascii="Arial" w:hAnsi="Arial" w:cs="Arial"/>
                <w:bCs/>
                <w:sz w:val="22"/>
                <w:szCs w:val="24"/>
              </w:rPr>
              <w:t>:</w:t>
            </w:r>
          </w:p>
        </w:tc>
        <w:tc>
          <w:tcPr>
            <w:tcW w:w="2590" w:type="dxa"/>
            <w:shd w:val="clear" w:color="auto" w:fill="FFFFFF" w:themeFill="background1"/>
          </w:tcPr>
          <w:p w14:paraId="5259069A" w14:textId="77777777" w:rsidR="00C7491D" w:rsidRPr="003A710D" w:rsidRDefault="00C7491D" w:rsidP="00C7491D">
            <w:pPr>
              <w:cnfStyle w:val="000000100000" w:firstRow="0" w:lastRow="0" w:firstColumn="0" w:lastColumn="0" w:oddVBand="0" w:evenVBand="0" w:oddHBand="1" w:evenHBand="0" w:firstRowFirstColumn="0" w:firstRowLastColumn="0" w:lastRowFirstColumn="0" w:lastRowLastColumn="0"/>
              <w:rPr>
                <w:rFonts w:ascii="Arial" w:hAnsi="Arial" w:cs="Arial"/>
                <w:b/>
                <w:sz w:val="22"/>
                <w:szCs w:val="24"/>
              </w:rPr>
            </w:pPr>
          </w:p>
        </w:tc>
      </w:tr>
      <w:tr w:rsidR="00C7491D" w:rsidRPr="003A710D" w14:paraId="51446659" w14:textId="77777777" w:rsidTr="00F0746D">
        <w:tc>
          <w:tcPr>
            <w:cnfStyle w:val="001000000000" w:firstRow="0" w:lastRow="0" w:firstColumn="1" w:lastColumn="0" w:oddVBand="0" w:evenVBand="0" w:oddHBand="0" w:evenHBand="0" w:firstRowFirstColumn="0" w:firstRowLastColumn="0" w:lastRowFirstColumn="0" w:lastRowLastColumn="0"/>
            <w:tcW w:w="2589" w:type="dxa"/>
            <w:shd w:val="clear" w:color="auto" w:fill="FFFFFF" w:themeFill="background1"/>
          </w:tcPr>
          <w:p w14:paraId="16A40803" w14:textId="1F6A751C" w:rsidR="00C7491D" w:rsidRPr="003A710D" w:rsidRDefault="00C7491D" w:rsidP="00C7491D">
            <w:pPr>
              <w:rPr>
                <w:rFonts w:ascii="Arial" w:hAnsi="Arial" w:cs="Arial"/>
                <w:b w:val="0"/>
                <w:sz w:val="22"/>
                <w:szCs w:val="24"/>
              </w:rPr>
            </w:pPr>
            <w:r w:rsidRPr="003A710D">
              <w:rPr>
                <w:rFonts w:ascii="Arial" w:hAnsi="Arial" w:cs="Arial"/>
                <w:b w:val="0"/>
                <w:sz w:val="22"/>
                <w:szCs w:val="24"/>
              </w:rPr>
              <w:t>Email</w:t>
            </w:r>
            <w:r w:rsidR="00E83C45" w:rsidRPr="003A710D">
              <w:rPr>
                <w:rFonts w:ascii="Arial" w:hAnsi="Arial" w:cs="Arial"/>
                <w:b w:val="0"/>
                <w:sz w:val="22"/>
                <w:szCs w:val="24"/>
              </w:rPr>
              <w:t>:</w:t>
            </w:r>
          </w:p>
        </w:tc>
        <w:tc>
          <w:tcPr>
            <w:tcW w:w="2589" w:type="dxa"/>
            <w:shd w:val="clear" w:color="auto" w:fill="FFFFFF" w:themeFill="background1"/>
          </w:tcPr>
          <w:p w14:paraId="2DD40C52" w14:textId="77777777" w:rsidR="00C7491D" w:rsidRPr="003A710D" w:rsidRDefault="00C7491D" w:rsidP="00C7491D">
            <w:pPr>
              <w:cnfStyle w:val="000000000000" w:firstRow="0" w:lastRow="0" w:firstColumn="0" w:lastColumn="0" w:oddVBand="0" w:evenVBand="0" w:oddHBand="0" w:evenHBand="0" w:firstRowFirstColumn="0" w:firstRowLastColumn="0" w:lastRowFirstColumn="0" w:lastRowLastColumn="0"/>
              <w:rPr>
                <w:rFonts w:ascii="Arial" w:hAnsi="Arial" w:cs="Arial"/>
                <w:bCs/>
                <w:sz w:val="22"/>
                <w:szCs w:val="24"/>
              </w:rPr>
            </w:pPr>
          </w:p>
        </w:tc>
        <w:tc>
          <w:tcPr>
            <w:tcW w:w="2590" w:type="dxa"/>
            <w:shd w:val="clear" w:color="auto" w:fill="FFFFFF" w:themeFill="background1"/>
          </w:tcPr>
          <w:p w14:paraId="3AE9663A" w14:textId="46759945" w:rsidR="00C7491D" w:rsidRPr="003A710D" w:rsidRDefault="00C7491D" w:rsidP="00C7491D">
            <w:pPr>
              <w:cnfStyle w:val="000000000000" w:firstRow="0" w:lastRow="0" w:firstColumn="0" w:lastColumn="0" w:oddVBand="0" w:evenVBand="0" w:oddHBand="0" w:evenHBand="0" w:firstRowFirstColumn="0" w:firstRowLastColumn="0" w:lastRowFirstColumn="0" w:lastRowLastColumn="0"/>
              <w:rPr>
                <w:rFonts w:ascii="Arial" w:hAnsi="Arial" w:cs="Arial"/>
                <w:bCs/>
                <w:sz w:val="22"/>
                <w:szCs w:val="24"/>
              </w:rPr>
            </w:pPr>
            <w:r w:rsidRPr="003A710D">
              <w:rPr>
                <w:rFonts w:ascii="Arial" w:hAnsi="Arial" w:cs="Arial"/>
                <w:bCs/>
                <w:sz w:val="22"/>
                <w:szCs w:val="24"/>
              </w:rPr>
              <w:t>Email</w:t>
            </w:r>
            <w:r w:rsidR="008C6710" w:rsidRPr="003A710D">
              <w:rPr>
                <w:rFonts w:ascii="Arial" w:hAnsi="Arial" w:cs="Arial"/>
                <w:bCs/>
                <w:sz w:val="22"/>
                <w:szCs w:val="24"/>
              </w:rPr>
              <w:t>:</w:t>
            </w:r>
          </w:p>
        </w:tc>
        <w:tc>
          <w:tcPr>
            <w:tcW w:w="2590" w:type="dxa"/>
            <w:shd w:val="clear" w:color="auto" w:fill="FFFFFF" w:themeFill="background1"/>
          </w:tcPr>
          <w:p w14:paraId="2703A101" w14:textId="77777777" w:rsidR="00C7491D" w:rsidRPr="003A710D" w:rsidRDefault="00C7491D" w:rsidP="00C7491D">
            <w:pPr>
              <w:cnfStyle w:val="000000000000" w:firstRow="0" w:lastRow="0" w:firstColumn="0" w:lastColumn="0" w:oddVBand="0" w:evenVBand="0" w:oddHBand="0" w:evenHBand="0" w:firstRowFirstColumn="0" w:firstRowLastColumn="0" w:lastRowFirstColumn="0" w:lastRowLastColumn="0"/>
              <w:rPr>
                <w:rFonts w:ascii="Arial" w:hAnsi="Arial" w:cs="Arial"/>
                <w:b/>
                <w:sz w:val="22"/>
                <w:szCs w:val="24"/>
              </w:rPr>
            </w:pPr>
          </w:p>
        </w:tc>
      </w:tr>
    </w:tbl>
    <w:p w14:paraId="73E97867" w14:textId="77777777" w:rsidR="004C5B72" w:rsidRPr="003A710D" w:rsidRDefault="004C5B72">
      <w:pPr>
        <w:rPr>
          <w:rFonts w:ascii="Arial" w:hAnsi="Arial" w:cs="Arial"/>
          <w:b/>
        </w:rPr>
      </w:pPr>
    </w:p>
    <w:p w14:paraId="054CCFCE" w14:textId="35531733" w:rsidR="00131797" w:rsidRDefault="00F519B3" w:rsidP="00131797">
      <w:pPr>
        <w:rPr>
          <w:rFonts w:ascii="Arial" w:hAnsi="Arial" w:cs="Arial"/>
        </w:rPr>
      </w:pPr>
      <w:r w:rsidRPr="003A710D">
        <w:rPr>
          <w:rFonts w:ascii="Arial" w:hAnsi="Arial" w:cs="Arial"/>
          <w:b/>
        </w:rPr>
        <w:t xml:space="preserve">Permission to contact referees: </w:t>
      </w:r>
      <w:sdt>
        <w:sdtPr>
          <w:rPr>
            <w:rFonts w:ascii="Arial" w:hAnsi="Arial" w:cs="Arial"/>
          </w:rPr>
          <w:id w:val="-788890834"/>
          <w14:checkbox>
            <w14:checked w14:val="0"/>
            <w14:checkedState w14:val="2612" w14:font="MS Gothic"/>
            <w14:uncheckedState w14:val="2610" w14:font="MS Gothic"/>
          </w14:checkbox>
        </w:sdtPr>
        <w:sdtContent>
          <w:r w:rsidR="00131797" w:rsidRPr="003A710D">
            <w:rPr>
              <w:rFonts w:ascii="MS Gothic" w:eastAsia="MS Gothic" w:hAnsi="MS Gothic" w:cs="Arial" w:hint="eastAsia"/>
            </w:rPr>
            <w:t>☐</w:t>
          </w:r>
        </w:sdtContent>
      </w:sdt>
      <w:r w:rsidRPr="003A710D">
        <w:rPr>
          <w:rFonts w:ascii="Arial" w:hAnsi="Arial" w:cs="Arial"/>
        </w:rPr>
        <w:t xml:space="preserve"> </w:t>
      </w:r>
      <w:r w:rsidR="00EA06D3" w:rsidRPr="00EA06D3">
        <w:rPr>
          <w:rFonts w:ascii="Arial" w:hAnsi="Arial" w:cs="Arial"/>
        </w:rPr>
        <w:t>I give permission for Leonardo Carer Support to contact the referees listed above following a conditional offer of employment.</w:t>
      </w:r>
    </w:p>
    <w:p w14:paraId="1F7FD746" w14:textId="77777777" w:rsidR="00EA06D3" w:rsidRPr="003A710D" w:rsidRDefault="00EA06D3" w:rsidP="00131797">
      <w:pPr>
        <w:rPr>
          <w:rFonts w:ascii="Arial" w:hAnsi="Arial" w:cs="Arial"/>
        </w:rPr>
      </w:pPr>
    </w:p>
    <w:p w14:paraId="4D181388" w14:textId="5EBD0E70" w:rsidR="00D06CF4" w:rsidRPr="003A710D" w:rsidRDefault="00F519B3">
      <w:pPr>
        <w:spacing w:before="180"/>
        <w:rPr>
          <w:rFonts w:ascii="Arial" w:hAnsi="Arial" w:cs="Arial"/>
        </w:rPr>
      </w:pPr>
      <w:r w:rsidRPr="003A710D">
        <w:rPr>
          <w:rFonts w:ascii="Arial" w:hAnsi="Arial" w:cs="Arial"/>
          <w:b/>
          <w:sz w:val="26"/>
        </w:rPr>
        <w:t>Declaration</w:t>
      </w:r>
    </w:p>
    <w:p w14:paraId="2FB239D9" w14:textId="0E1DAD9E" w:rsidR="00D06CF4" w:rsidRPr="003A710D" w:rsidRDefault="00F519B3">
      <w:pPr>
        <w:rPr>
          <w:rFonts w:ascii="Arial" w:hAnsi="Arial" w:cs="Arial"/>
        </w:rPr>
      </w:pPr>
      <w:r w:rsidRPr="003A710D">
        <w:rPr>
          <w:rFonts w:ascii="Arial" w:hAnsi="Arial" w:cs="Arial"/>
        </w:rPr>
        <w:t>I confirm that the information provided in this application is accurate and complete to the best of my knowledge. I understand that Leonardo Carer Support may verify information provided as part of its recruitment process and that appropriate pre-employment checks, including a DBS check where applicable, will be required.</w:t>
      </w:r>
      <w:r w:rsidR="00406F3B">
        <w:rPr>
          <w:rFonts w:ascii="Arial" w:hAnsi="Arial" w:cs="Arial"/>
        </w:rPr>
        <w:t xml:space="preserve"> </w:t>
      </w:r>
      <w:r w:rsidR="00DA01B9">
        <w:rPr>
          <w:rFonts w:ascii="Arial" w:hAnsi="Arial" w:cs="Arial"/>
        </w:rPr>
        <w:t xml:space="preserve">Any false or misleading information may result in </w:t>
      </w:r>
      <w:r w:rsidR="009D0AD0">
        <w:rPr>
          <w:rFonts w:ascii="Arial" w:hAnsi="Arial" w:cs="Arial"/>
        </w:rPr>
        <w:t>an</w:t>
      </w:r>
      <w:r w:rsidR="00DA01B9">
        <w:rPr>
          <w:rFonts w:ascii="Arial" w:hAnsi="Arial" w:cs="Arial"/>
        </w:rPr>
        <w:t xml:space="preserve"> </w:t>
      </w:r>
      <w:r w:rsidR="00775323">
        <w:rPr>
          <w:rFonts w:ascii="Arial" w:hAnsi="Arial" w:cs="Arial"/>
        </w:rPr>
        <w:t>offer of employment being withdrawn.</w:t>
      </w:r>
    </w:p>
    <w:tbl>
      <w:tblPr>
        <w:tblStyle w:val="PlainTable1"/>
        <w:tblW w:w="0" w:type="auto"/>
        <w:shd w:val="clear" w:color="auto" w:fill="FFFFFF" w:themeFill="background1"/>
        <w:tblLook w:val="04A0" w:firstRow="1" w:lastRow="0" w:firstColumn="1" w:lastColumn="0" w:noHBand="0" w:noVBand="1"/>
      </w:tblPr>
      <w:tblGrid>
        <w:gridCol w:w="1271"/>
        <w:gridCol w:w="8521"/>
      </w:tblGrid>
      <w:tr w:rsidR="00D06CF4" w:rsidRPr="003A710D" w14:paraId="2C3CCEB4" w14:textId="77777777" w:rsidTr="0080683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shd w:val="clear" w:color="auto" w:fill="FFFFFF" w:themeFill="background1"/>
          </w:tcPr>
          <w:p w14:paraId="0FCA784D" w14:textId="72A1C46F" w:rsidR="00D06CF4" w:rsidRPr="003A710D" w:rsidRDefault="00F519B3">
            <w:pPr>
              <w:spacing w:after="40"/>
              <w:rPr>
                <w:rFonts w:ascii="Arial" w:hAnsi="Arial" w:cs="Arial"/>
                <w:b w:val="0"/>
                <w:bCs w:val="0"/>
              </w:rPr>
            </w:pPr>
            <w:r w:rsidRPr="003A710D">
              <w:rPr>
                <w:rFonts w:ascii="Arial" w:hAnsi="Arial" w:cs="Arial"/>
              </w:rPr>
              <w:t>Signature</w:t>
            </w:r>
            <w:r w:rsidR="00FC79E8" w:rsidRPr="003A710D">
              <w:rPr>
                <w:rFonts w:ascii="Arial" w:hAnsi="Arial" w:cs="Arial"/>
              </w:rPr>
              <w:t>:</w:t>
            </w:r>
          </w:p>
          <w:p w14:paraId="636213D2" w14:textId="77777777" w:rsidR="00FC79E8" w:rsidRPr="003A710D" w:rsidRDefault="00FC79E8">
            <w:pPr>
              <w:spacing w:after="40"/>
              <w:rPr>
                <w:rFonts w:ascii="Arial" w:hAnsi="Arial" w:cs="Arial"/>
              </w:rPr>
            </w:pPr>
          </w:p>
        </w:tc>
        <w:tc>
          <w:tcPr>
            <w:tcW w:w="8521" w:type="dxa"/>
            <w:shd w:val="clear" w:color="auto" w:fill="FFFFFF" w:themeFill="background1"/>
          </w:tcPr>
          <w:p w14:paraId="449F3EE6" w14:textId="5E1A9D87" w:rsidR="00D06CF4" w:rsidRPr="003A710D" w:rsidRDefault="00D06CF4">
            <w:pPr>
              <w:spacing w:after="40"/>
              <w:cnfStyle w:val="100000000000" w:firstRow="1" w:lastRow="0" w:firstColumn="0" w:lastColumn="0" w:oddVBand="0" w:evenVBand="0" w:oddHBand="0" w:evenHBand="0" w:firstRowFirstColumn="0" w:firstRowLastColumn="0" w:lastRowFirstColumn="0" w:lastRowLastColumn="0"/>
              <w:rPr>
                <w:rFonts w:ascii="Arial" w:hAnsi="Arial" w:cs="Arial"/>
              </w:rPr>
            </w:pPr>
          </w:p>
        </w:tc>
      </w:tr>
      <w:tr w:rsidR="00D06CF4" w:rsidRPr="003A710D" w14:paraId="014F010E" w14:textId="77777777" w:rsidTr="008068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shd w:val="clear" w:color="auto" w:fill="FFFFFF" w:themeFill="background1"/>
          </w:tcPr>
          <w:p w14:paraId="33D29E5E" w14:textId="6575C8B5" w:rsidR="00D06CF4" w:rsidRPr="003A710D" w:rsidRDefault="00F519B3">
            <w:pPr>
              <w:spacing w:after="40"/>
              <w:rPr>
                <w:rFonts w:ascii="Arial" w:hAnsi="Arial" w:cs="Arial"/>
              </w:rPr>
            </w:pPr>
            <w:r w:rsidRPr="003A710D">
              <w:rPr>
                <w:rFonts w:ascii="Arial" w:hAnsi="Arial" w:cs="Arial"/>
              </w:rPr>
              <w:t>Date</w:t>
            </w:r>
            <w:r w:rsidR="00FC79E8" w:rsidRPr="003A710D">
              <w:rPr>
                <w:rFonts w:ascii="Arial" w:hAnsi="Arial" w:cs="Arial"/>
              </w:rPr>
              <w:t>:</w:t>
            </w:r>
          </w:p>
        </w:tc>
        <w:tc>
          <w:tcPr>
            <w:tcW w:w="8521" w:type="dxa"/>
            <w:shd w:val="clear" w:color="auto" w:fill="FFFFFF" w:themeFill="background1"/>
          </w:tcPr>
          <w:p w14:paraId="321240DC" w14:textId="01EF8DAB" w:rsidR="00D06CF4" w:rsidRPr="003A710D" w:rsidRDefault="00D06CF4">
            <w:pPr>
              <w:spacing w:after="40"/>
              <w:cnfStyle w:val="000000100000" w:firstRow="0" w:lastRow="0" w:firstColumn="0" w:lastColumn="0" w:oddVBand="0" w:evenVBand="0" w:oddHBand="1" w:evenHBand="0" w:firstRowFirstColumn="0" w:firstRowLastColumn="0" w:lastRowFirstColumn="0" w:lastRowLastColumn="0"/>
              <w:rPr>
                <w:rFonts w:ascii="Arial" w:hAnsi="Arial" w:cs="Arial"/>
              </w:rPr>
            </w:pPr>
          </w:p>
        </w:tc>
      </w:tr>
    </w:tbl>
    <w:p w14:paraId="738C2E76" w14:textId="77777777" w:rsidR="00447B2E" w:rsidRDefault="00447B2E"/>
    <w:p w14:paraId="082391B3" w14:textId="77777777" w:rsidR="00447B2E" w:rsidRDefault="00447B2E"/>
    <w:p w14:paraId="2D761539" w14:textId="77777777" w:rsidR="00447B2E" w:rsidRDefault="00447B2E"/>
    <w:p w14:paraId="27C5EB3E" w14:textId="77777777" w:rsidR="00447B2E" w:rsidRDefault="00447B2E"/>
    <w:p w14:paraId="65CA81D7" w14:textId="77777777" w:rsidR="00447B2E" w:rsidRDefault="00447B2E"/>
    <w:p w14:paraId="596EF345" w14:textId="77777777" w:rsidR="00447B2E" w:rsidRDefault="00447B2E"/>
    <w:p w14:paraId="56CEDC72" w14:textId="77777777" w:rsidR="00447B2E" w:rsidRDefault="00447B2E"/>
    <w:p w14:paraId="7B672766" w14:textId="77777777" w:rsidR="00056E7C" w:rsidRDefault="00056E7C"/>
    <w:p w14:paraId="48AEBFBF" w14:textId="77777777" w:rsidR="00056E7C" w:rsidRDefault="00056E7C"/>
    <w:p w14:paraId="34E65F2B" w14:textId="77777777" w:rsidR="00056E7C" w:rsidRDefault="00056E7C"/>
    <w:p w14:paraId="6D6F0574" w14:textId="77777777" w:rsidR="00447B2E" w:rsidRDefault="00447B2E"/>
    <w:p w14:paraId="11E272E1" w14:textId="77777777" w:rsidR="00447B2E" w:rsidRDefault="00447B2E"/>
    <w:p w14:paraId="26E0441C" w14:textId="77777777" w:rsidR="00447B2E" w:rsidRDefault="00447B2E"/>
    <w:p w14:paraId="49D4C158" w14:textId="77777777" w:rsidR="00447B2E" w:rsidRDefault="00447B2E"/>
    <w:p w14:paraId="4B19ABDC" w14:textId="77777777" w:rsidR="00447B2E" w:rsidRPr="001123B3" w:rsidRDefault="00447B2E" w:rsidP="00447B2E">
      <w:pPr>
        <w:spacing w:before="180" w:after="80"/>
        <w:rPr>
          <w:rFonts w:ascii="Arial" w:hAnsi="Arial" w:cs="Arial"/>
          <w:b/>
          <w:sz w:val="26"/>
        </w:rPr>
      </w:pPr>
      <w:r>
        <w:rPr>
          <w:rFonts w:ascii="Arial" w:hAnsi="Arial" w:cs="Arial"/>
          <w:b/>
          <w:sz w:val="26"/>
        </w:rPr>
        <w:lastRenderedPageBreak/>
        <w:t xml:space="preserve">7. </w:t>
      </w:r>
      <w:r w:rsidRPr="001123B3">
        <w:rPr>
          <w:rFonts w:ascii="Arial" w:hAnsi="Arial" w:cs="Arial"/>
          <w:b/>
          <w:bCs/>
          <w:sz w:val="26"/>
        </w:rPr>
        <w:t>Equality Monitoring</w:t>
      </w:r>
    </w:p>
    <w:p w14:paraId="32E30092" w14:textId="77777777" w:rsidR="00447B2E" w:rsidRPr="001123B3" w:rsidRDefault="00447B2E" w:rsidP="00447B2E">
      <w:pPr>
        <w:spacing w:before="180" w:after="80"/>
        <w:rPr>
          <w:rFonts w:ascii="Arial" w:hAnsi="Arial" w:cs="Arial"/>
          <w:bCs/>
          <w:sz w:val="22"/>
          <w:szCs w:val="18"/>
        </w:rPr>
      </w:pPr>
      <w:r w:rsidRPr="001123B3">
        <w:rPr>
          <w:rFonts w:ascii="Arial" w:hAnsi="Arial" w:cs="Arial"/>
          <w:bCs/>
          <w:sz w:val="22"/>
          <w:szCs w:val="18"/>
        </w:rPr>
        <w:t>The following information is optional and is collected for equality monitoring purposes only. It will be kept separately from the selection process and will not be used to assess your application. You may choose 'Prefer not to say' for any question.</w:t>
      </w:r>
    </w:p>
    <w:p w14:paraId="4999BF39" w14:textId="77777777" w:rsidR="00447B2E" w:rsidRDefault="00447B2E" w:rsidP="00447B2E">
      <w:pPr>
        <w:spacing w:before="180" w:after="80"/>
        <w:rPr>
          <w:rFonts w:ascii="Arial" w:hAnsi="Arial" w:cs="Arial"/>
          <w:b/>
          <w:sz w:val="22"/>
          <w:szCs w:val="18"/>
        </w:rPr>
      </w:pPr>
    </w:p>
    <w:p w14:paraId="2A49D3E9" w14:textId="77777777" w:rsidR="00447B2E" w:rsidRPr="001123B3" w:rsidRDefault="00447B2E" w:rsidP="00447B2E">
      <w:pPr>
        <w:spacing w:before="180" w:after="80"/>
        <w:rPr>
          <w:rFonts w:ascii="Arial" w:hAnsi="Arial" w:cs="Arial"/>
          <w:b/>
          <w:sz w:val="22"/>
          <w:szCs w:val="18"/>
        </w:rPr>
      </w:pPr>
      <w:r w:rsidRPr="001123B3">
        <w:rPr>
          <w:rFonts w:ascii="Arial" w:hAnsi="Arial" w:cs="Arial"/>
          <w:b/>
          <w:sz w:val="22"/>
          <w:szCs w:val="18"/>
        </w:rPr>
        <w:t>Please complete the following, if you wish:</w:t>
      </w:r>
    </w:p>
    <w:p w14:paraId="6D536231" w14:textId="77777777" w:rsidR="00447B2E" w:rsidRPr="00E3588F" w:rsidRDefault="00447B2E" w:rsidP="00447B2E">
      <w:pPr>
        <w:spacing w:before="180" w:after="80"/>
        <w:rPr>
          <w:rFonts w:ascii="Arial" w:hAnsi="Arial" w:cs="Arial"/>
          <w:b/>
          <w:sz w:val="22"/>
          <w:szCs w:val="18"/>
        </w:rPr>
      </w:pPr>
      <w:r w:rsidRPr="00E3588F">
        <w:rPr>
          <w:rFonts w:ascii="Arial" w:hAnsi="Arial" w:cs="Arial"/>
          <w:b/>
          <w:sz w:val="22"/>
          <w:szCs w:val="18"/>
        </w:rPr>
        <w:t>Gender</w:t>
      </w:r>
    </w:p>
    <w:p w14:paraId="32EAD5C2" w14:textId="77777777" w:rsidR="00447B2E" w:rsidRPr="001123B3" w:rsidRDefault="00000000" w:rsidP="00447B2E">
      <w:pPr>
        <w:spacing w:before="180" w:after="80"/>
        <w:rPr>
          <w:rFonts w:ascii="Arial" w:hAnsi="Arial" w:cs="Arial"/>
          <w:bCs/>
          <w:sz w:val="22"/>
          <w:szCs w:val="18"/>
        </w:rPr>
      </w:pPr>
      <w:sdt>
        <w:sdtPr>
          <w:rPr>
            <w:rFonts w:ascii="Segoe UI Symbol" w:hAnsi="Segoe UI Symbol" w:cs="Segoe UI Symbol"/>
            <w:bCs/>
            <w:sz w:val="22"/>
            <w:szCs w:val="18"/>
          </w:rPr>
          <w:id w:val="151801939"/>
          <w14:checkbox>
            <w14:checked w14:val="0"/>
            <w14:checkedState w14:val="2612" w14:font="MS Gothic"/>
            <w14:uncheckedState w14:val="2610" w14:font="MS Gothic"/>
          </w14:checkbox>
        </w:sdtPr>
        <w:sdtContent>
          <w:r w:rsidR="00447B2E">
            <w:rPr>
              <w:rFonts w:ascii="MS Gothic" w:eastAsia="MS Gothic" w:hAnsi="MS Gothic" w:cs="Segoe UI Symbol" w:hint="eastAsia"/>
              <w:bCs/>
              <w:sz w:val="22"/>
              <w:szCs w:val="18"/>
            </w:rPr>
            <w:t>☐</w:t>
          </w:r>
        </w:sdtContent>
      </w:sdt>
      <w:r w:rsidR="00447B2E" w:rsidRPr="001123B3">
        <w:rPr>
          <w:rFonts w:ascii="Arial" w:hAnsi="Arial" w:cs="Arial"/>
          <w:bCs/>
          <w:sz w:val="22"/>
          <w:szCs w:val="18"/>
        </w:rPr>
        <w:t xml:space="preserve"> </w:t>
      </w:r>
      <w:r w:rsidR="00447B2E">
        <w:rPr>
          <w:rFonts w:ascii="Arial" w:hAnsi="Arial" w:cs="Arial"/>
          <w:bCs/>
          <w:sz w:val="22"/>
          <w:szCs w:val="18"/>
        </w:rPr>
        <w:t>Female</w:t>
      </w:r>
      <w:r w:rsidR="00447B2E" w:rsidRPr="001123B3">
        <w:rPr>
          <w:rFonts w:ascii="Arial" w:hAnsi="Arial" w:cs="Arial"/>
          <w:bCs/>
          <w:sz w:val="22"/>
          <w:szCs w:val="18"/>
        </w:rPr>
        <w:t xml:space="preserve"> </w:t>
      </w:r>
      <w:sdt>
        <w:sdtPr>
          <w:rPr>
            <w:rFonts w:ascii="Segoe UI Symbol" w:hAnsi="Segoe UI Symbol" w:cs="Segoe UI Symbol"/>
            <w:bCs/>
            <w:sz w:val="22"/>
            <w:szCs w:val="18"/>
          </w:rPr>
          <w:id w:val="-814788395"/>
          <w14:checkbox>
            <w14:checked w14:val="0"/>
            <w14:checkedState w14:val="2612" w14:font="MS Gothic"/>
            <w14:uncheckedState w14:val="2610" w14:font="MS Gothic"/>
          </w14:checkbox>
        </w:sdtPr>
        <w:sdtContent>
          <w:r w:rsidR="00447B2E">
            <w:rPr>
              <w:rFonts w:ascii="MS Gothic" w:eastAsia="MS Gothic" w:hAnsi="MS Gothic" w:cs="Segoe UI Symbol" w:hint="eastAsia"/>
              <w:bCs/>
              <w:sz w:val="22"/>
              <w:szCs w:val="18"/>
            </w:rPr>
            <w:t>☐</w:t>
          </w:r>
        </w:sdtContent>
      </w:sdt>
      <w:r w:rsidR="00447B2E" w:rsidRPr="001123B3">
        <w:rPr>
          <w:rFonts w:ascii="Arial" w:hAnsi="Arial" w:cs="Arial"/>
          <w:bCs/>
          <w:sz w:val="22"/>
          <w:szCs w:val="18"/>
        </w:rPr>
        <w:t xml:space="preserve"> Ma</w:t>
      </w:r>
      <w:r w:rsidR="00447B2E">
        <w:rPr>
          <w:rFonts w:ascii="Arial" w:hAnsi="Arial" w:cs="Arial"/>
          <w:bCs/>
          <w:sz w:val="22"/>
          <w:szCs w:val="18"/>
        </w:rPr>
        <w:t>le</w:t>
      </w:r>
      <w:r w:rsidR="00447B2E" w:rsidRPr="001123B3">
        <w:rPr>
          <w:rFonts w:ascii="Arial" w:hAnsi="Arial" w:cs="Arial"/>
          <w:bCs/>
          <w:sz w:val="22"/>
          <w:szCs w:val="18"/>
        </w:rPr>
        <w:t xml:space="preserve"> </w:t>
      </w:r>
      <w:sdt>
        <w:sdtPr>
          <w:rPr>
            <w:rFonts w:ascii="Segoe UI Symbol" w:hAnsi="Segoe UI Symbol" w:cs="Segoe UI Symbol"/>
            <w:bCs/>
            <w:sz w:val="22"/>
            <w:szCs w:val="18"/>
          </w:rPr>
          <w:id w:val="1208071053"/>
          <w14:checkbox>
            <w14:checked w14:val="0"/>
            <w14:checkedState w14:val="2612" w14:font="MS Gothic"/>
            <w14:uncheckedState w14:val="2610" w14:font="MS Gothic"/>
          </w14:checkbox>
        </w:sdtPr>
        <w:sdtContent>
          <w:r w:rsidR="00447B2E">
            <w:rPr>
              <w:rFonts w:ascii="MS Gothic" w:eastAsia="MS Gothic" w:hAnsi="MS Gothic" w:cs="Segoe UI Symbol" w:hint="eastAsia"/>
              <w:bCs/>
              <w:sz w:val="22"/>
              <w:szCs w:val="18"/>
            </w:rPr>
            <w:t>☐</w:t>
          </w:r>
        </w:sdtContent>
      </w:sdt>
      <w:r w:rsidR="00447B2E" w:rsidRPr="001123B3">
        <w:rPr>
          <w:rFonts w:ascii="Arial" w:hAnsi="Arial" w:cs="Arial"/>
          <w:bCs/>
          <w:sz w:val="22"/>
          <w:szCs w:val="18"/>
        </w:rPr>
        <w:t xml:space="preserve"> Non-binary</w:t>
      </w:r>
      <w:r w:rsidR="00447B2E" w:rsidRPr="001123B3">
        <w:rPr>
          <w:rFonts w:ascii="Segoe UI Symbol" w:hAnsi="Segoe UI Symbol" w:cs="Segoe UI Symbol"/>
          <w:bCs/>
          <w:sz w:val="22"/>
          <w:szCs w:val="18"/>
        </w:rPr>
        <w:t xml:space="preserve"> </w:t>
      </w:r>
      <w:sdt>
        <w:sdtPr>
          <w:rPr>
            <w:rFonts w:ascii="Segoe UI Symbol" w:hAnsi="Segoe UI Symbol" w:cs="Segoe UI Symbol"/>
            <w:bCs/>
            <w:sz w:val="22"/>
            <w:szCs w:val="18"/>
          </w:rPr>
          <w:id w:val="2076929460"/>
          <w14:checkbox>
            <w14:checked w14:val="0"/>
            <w14:checkedState w14:val="2612" w14:font="MS Gothic"/>
            <w14:uncheckedState w14:val="2610" w14:font="MS Gothic"/>
          </w14:checkbox>
        </w:sdtPr>
        <w:sdtContent>
          <w:r w:rsidR="00447B2E">
            <w:rPr>
              <w:rFonts w:ascii="MS Gothic" w:eastAsia="MS Gothic" w:hAnsi="MS Gothic" w:cs="Segoe UI Symbol" w:hint="eastAsia"/>
              <w:bCs/>
              <w:sz w:val="22"/>
              <w:szCs w:val="18"/>
            </w:rPr>
            <w:t>☐</w:t>
          </w:r>
        </w:sdtContent>
      </w:sdt>
      <w:r w:rsidR="00447B2E" w:rsidRPr="001123B3">
        <w:rPr>
          <w:rFonts w:ascii="Arial" w:hAnsi="Arial" w:cs="Arial"/>
          <w:bCs/>
          <w:sz w:val="22"/>
          <w:szCs w:val="18"/>
        </w:rPr>
        <w:t xml:space="preserve"> Prefer not to say</w:t>
      </w:r>
    </w:p>
    <w:p w14:paraId="761732F0" w14:textId="77777777" w:rsidR="00447B2E" w:rsidRPr="00E3588F" w:rsidRDefault="00447B2E" w:rsidP="00447B2E">
      <w:pPr>
        <w:spacing w:before="180" w:after="80"/>
        <w:rPr>
          <w:rFonts w:ascii="Arial" w:hAnsi="Arial" w:cs="Arial"/>
          <w:b/>
          <w:sz w:val="22"/>
          <w:szCs w:val="18"/>
        </w:rPr>
      </w:pPr>
      <w:r w:rsidRPr="00E3588F">
        <w:rPr>
          <w:rFonts w:ascii="Arial" w:hAnsi="Arial" w:cs="Arial"/>
          <w:b/>
          <w:sz w:val="22"/>
          <w:szCs w:val="18"/>
        </w:rPr>
        <w:t>Age</w:t>
      </w:r>
    </w:p>
    <w:p w14:paraId="730A1B9E" w14:textId="77777777" w:rsidR="00447B2E" w:rsidRPr="001123B3" w:rsidRDefault="00000000" w:rsidP="00447B2E">
      <w:pPr>
        <w:spacing w:before="180" w:after="80"/>
        <w:rPr>
          <w:rFonts w:ascii="Arial" w:hAnsi="Arial" w:cs="Arial"/>
          <w:bCs/>
          <w:sz w:val="22"/>
          <w:szCs w:val="18"/>
        </w:rPr>
      </w:pPr>
      <w:sdt>
        <w:sdtPr>
          <w:rPr>
            <w:rFonts w:ascii="Segoe UI Symbol" w:hAnsi="Segoe UI Symbol" w:cs="Segoe UI Symbol"/>
            <w:bCs/>
            <w:sz w:val="22"/>
            <w:szCs w:val="18"/>
          </w:rPr>
          <w:id w:val="-114759849"/>
          <w14:checkbox>
            <w14:checked w14:val="0"/>
            <w14:checkedState w14:val="2612" w14:font="MS Gothic"/>
            <w14:uncheckedState w14:val="2610" w14:font="MS Gothic"/>
          </w14:checkbox>
        </w:sdtPr>
        <w:sdtContent>
          <w:r w:rsidR="00447B2E">
            <w:rPr>
              <w:rFonts w:ascii="MS Gothic" w:eastAsia="MS Gothic" w:hAnsi="MS Gothic" w:cs="Segoe UI Symbol" w:hint="eastAsia"/>
              <w:bCs/>
              <w:sz w:val="22"/>
              <w:szCs w:val="18"/>
            </w:rPr>
            <w:t>☐</w:t>
          </w:r>
        </w:sdtContent>
      </w:sdt>
      <w:r w:rsidR="00447B2E" w:rsidRPr="001123B3">
        <w:rPr>
          <w:rFonts w:ascii="Arial" w:hAnsi="Arial" w:cs="Arial"/>
          <w:bCs/>
          <w:sz w:val="22"/>
          <w:szCs w:val="18"/>
        </w:rPr>
        <w:t xml:space="preserve"> Under 25 </w:t>
      </w:r>
      <w:sdt>
        <w:sdtPr>
          <w:rPr>
            <w:rFonts w:ascii="Segoe UI Symbol" w:hAnsi="Segoe UI Symbol" w:cs="Segoe UI Symbol"/>
            <w:bCs/>
            <w:sz w:val="22"/>
            <w:szCs w:val="18"/>
          </w:rPr>
          <w:id w:val="1842579204"/>
          <w14:checkbox>
            <w14:checked w14:val="0"/>
            <w14:checkedState w14:val="2612" w14:font="MS Gothic"/>
            <w14:uncheckedState w14:val="2610" w14:font="MS Gothic"/>
          </w14:checkbox>
        </w:sdtPr>
        <w:sdtContent>
          <w:r w:rsidR="00447B2E">
            <w:rPr>
              <w:rFonts w:ascii="MS Gothic" w:eastAsia="MS Gothic" w:hAnsi="MS Gothic" w:cs="Segoe UI Symbol" w:hint="eastAsia"/>
              <w:bCs/>
              <w:sz w:val="22"/>
              <w:szCs w:val="18"/>
            </w:rPr>
            <w:t>☐</w:t>
          </w:r>
        </w:sdtContent>
      </w:sdt>
      <w:r w:rsidR="00447B2E" w:rsidRPr="001123B3">
        <w:rPr>
          <w:rFonts w:ascii="Arial" w:hAnsi="Arial" w:cs="Arial"/>
          <w:bCs/>
          <w:sz w:val="22"/>
          <w:szCs w:val="18"/>
        </w:rPr>
        <w:t xml:space="preserve"> 25–34 </w:t>
      </w:r>
      <w:sdt>
        <w:sdtPr>
          <w:rPr>
            <w:rFonts w:ascii="Segoe UI Symbol" w:hAnsi="Segoe UI Symbol" w:cs="Segoe UI Symbol"/>
            <w:bCs/>
            <w:sz w:val="22"/>
            <w:szCs w:val="18"/>
          </w:rPr>
          <w:id w:val="39946633"/>
          <w14:checkbox>
            <w14:checked w14:val="0"/>
            <w14:checkedState w14:val="2612" w14:font="MS Gothic"/>
            <w14:uncheckedState w14:val="2610" w14:font="MS Gothic"/>
          </w14:checkbox>
        </w:sdtPr>
        <w:sdtContent>
          <w:r w:rsidR="00447B2E">
            <w:rPr>
              <w:rFonts w:ascii="MS Gothic" w:eastAsia="MS Gothic" w:hAnsi="MS Gothic" w:cs="Segoe UI Symbol" w:hint="eastAsia"/>
              <w:bCs/>
              <w:sz w:val="22"/>
              <w:szCs w:val="18"/>
            </w:rPr>
            <w:t>☐</w:t>
          </w:r>
        </w:sdtContent>
      </w:sdt>
      <w:r w:rsidR="00447B2E" w:rsidRPr="001123B3">
        <w:rPr>
          <w:rFonts w:ascii="Arial" w:hAnsi="Arial" w:cs="Arial"/>
          <w:bCs/>
          <w:sz w:val="22"/>
          <w:szCs w:val="18"/>
        </w:rPr>
        <w:t xml:space="preserve"> 35–44 </w:t>
      </w:r>
      <w:sdt>
        <w:sdtPr>
          <w:rPr>
            <w:rFonts w:ascii="Segoe UI Symbol" w:hAnsi="Segoe UI Symbol" w:cs="Segoe UI Symbol"/>
            <w:bCs/>
            <w:sz w:val="22"/>
            <w:szCs w:val="18"/>
          </w:rPr>
          <w:id w:val="-1311160660"/>
          <w14:checkbox>
            <w14:checked w14:val="0"/>
            <w14:checkedState w14:val="2612" w14:font="MS Gothic"/>
            <w14:uncheckedState w14:val="2610" w14:font="MS Gothic"/>
          </w14:checkbox>
        </w:sdtPr>
        <w:sdtContent>
          <w:r w:rsidR="00447B2E">
            <w:rPr>
              <w:rFonts w:ascii="MS Gothic" w:eastAsia="MS Gothic" w:hAnsi="MS Gothic" w:cs="Segoe UI Symbol" w:hint="eastAsia"/>
              <w:bCs/>
              <w:sz w:val="22"/>
              <w:szCs w:val="18"/>
            </w:rPr>
            <w:t>☐</w:t>
          </w:r>
        </w:sdtContent>
      </w:sdt>
      <w:r w:rsidR="00447B2E" w:rsidRPr="001123B3">
        <w:rPr>
          <w:rFonts w:ascii="Arial" w:hAnsi="Arial" w:cs="Arial"/>
          <w:bCs/>
          <w:sz w:val="22"/>
          <w:szCs w:val="18"/>
        </w:rPr>
        <w:t xml:space="preserve"> 45–54 </w:t>
      </w:r>
      <w:sdt>
        <w:sdtPr>
          <w:rPr>
            <w:rFonts w:ascii="Segoe UI Symbol" w:hAnsi="Segoe UI Symbol" w:cs="Segoe UI Symbol"/>
            <w:bCs/>
            <w:sz w:val="22"/>
            <w:szCs w:val="18"/>
          </w:rPr>
          <w:id w:val="2060432640"/>
          <w14:checkbox>
            <w14:checked w14:val="0"/>
            <w14:checkedState w14:val="2612" w14:font="MS Gothic"/>
            <w14:uncheckedState w14:val="2610" w14:font="MS Gothic"/>
          </w14:checkbox>
        </w:sdtPr>
        <w:sdtContent>
          <w:r w:rsidR="00447B2E">
            <w:rPr>
              <w:rFonts w:ascii="MS Gothic" w:eastAsia="MS Gothic" w:hAnsi="MS Gothic" w:cs="Segoe UI Symbol" w:hint="eastAsia"/>
              <w:bCs/>
              <w:sz w:val="22"/>
              <w:szCs w:val="18"/>
            </w:rPr>
            <w:t>☐</w:t>
          </w:r>
        </w:sdtContent>
      </w:sdt>
      <w:r w:rsidR="00447B2E" w:rsidRPr="001123B3">
        <w:rPr>
          <w:rFonts w:ascii="Arial" w:hAnsi="Arial" w:cs="Arial"/>
          <w:bCs/>
          <w:sz w:val="22"/>
          <w:szCs w:val="18"/>
        </w:rPr>
        <w:t xml:space="preserve"> 55–64 </w:t>
      </w:r>
      <w:sdt>
        <w:sdtPr>
          <w:rPr>
            <w:rFonts w:ascii="Segoe UI Symbol" w:hAnsi="Segoe UI Symbol" w:cs="Segoe UI Symbol"/>
            <w:bCs/>
            <w:sz w:val="22"/>
            <w:szCs w:val="18"/>
          </w:rPr>
          <w:id w:val="739453380"/>
          <w14:checkbox>
            <w14:checked w14:val="0"/>
            <w14:checkedState w14:val="2612" w14:font="MS Gothic"/>
            <w14:uncheckedState w14:val="2610" w14:font="MS Gothic"/>
          </w14:checkbox>
        </w:sdtPr>
        <w:sdtContent>
          <w:r w:rsidR="00447B2E">
            <w:rPr>
              <w:rFonts w:ascii="MS Gothic" w:eastAsia="MS Gothic" w:hAnsi="MS Gothic" w:cs="Segoe UI Symbol" w:hint="eastAsia"/>
              <w:bCs/>
              <w:sz w:val="22"/>
              <w:szCs w:val="18"/>
            </w:rPr>
            <w:t>☐</w:t>
          </w:r>
        </w:sdtContent>
      </w:sdt>
      <w:r w:rsidR="00447B2E" w:rsidRPr="001123B3">
        <w:rPr>
          <w:rFonts w:ascii="Arial" w:hAnsi="Arial" w:cs="Arial"/>
          <w:bCs/>
          <w:sz w:val="22"/>
          <w:szCs w:val="18"/>
        </w:rPr>
        <w:t xml:space="preserve"> 65+ </w:t>
      </w:r>
      <w:sdt>
        <w:sdtPr>
          <w:rPr>
            <w:rFonts w:ascii="Segoe UI Symbol" w:hAnsi="Segoe UI Symbol" w:cs="Segoe UI Symbol"/>
            <w:bCs/>
            <w:sz w:val="22"/>
            <w:szCs w:val="18"/>
          </w:rPr>
          <w:id w:val="-1522776889"/>
          <w14:checkbox>
            <w14:checked w14:val="0"/>
            <w14:checkedState w14:val="2612" w14:font="MS Gothic"/>
            <w14:uncheckedState w14:val="2610" w14:font="MS Gothic"/>
          </w14:checkbox>
        </w:sdtPr>
        <w:sdtContent>
          <w:r w:rsidR="00447B2E">
            <w:rPr>
              <w:rFonts w:ascii="MS Gothic" w:eastAsia="MS Gothic" w:hAnsi="MS Gothic" w:cs="Segoe UI Symbol" w:hint="eastAsia"/>
              <w:bCs/>
              <w:sz w:val="22"/>
              <w:szCs w:val="18"/>
            </w:rPr>
            <w:t>☐</w:t>
          </w:r>
        </w:sdtContent>
      </w:sdt>
      <w:r w:rsidR="00447B2E" w:rsidRPr="001123B3">
        <w:rPr>
          <w:rFonts w:ascii="Arial" w:hAnsi="Arial" w:cs="Arial"/>
          <w:bCs/>
          <w:sz w:val="22"/>
          <w:szCs w:val="18"/>
        </w:rPr>
        <w:t xml:space="preserve"> Prefer not to say</w:t>
      </w:r>
    </w:p>
    <w:p w14:paraId="65D2751B" w14:textId="77777777" w:rsidR="00447B2E" w:rsidRPr="001123B3" w:rsidRDefault="00447B2E" w:rsidP="00447B2E">
      <w:pPr>
        <w:spacing w:before="180" w:after="80"/>
        <w:rPr>
          <w:rFonts w:ascii="Arial" w:hAnsi="Arial" w:cs="Arial"/>
          <w:b/>
          <w:sz w:val="22"/>
          <w:szCs w:val="18"/>
        </w:rPr>
      </w:pPr>
      <w:r w:rsidRPr="007E74F9">
        <w:rPr>
          <w:rFonts w:ascii="Segoe UI Symbol" w:hAnsi="Segoe UI Symbol" w:cs="Segoe UI Symbol"/>
          <w:bCs/>
          <w:noProof/>
          <w:sz w:val="22"/>
          <w:szCs w:val="18"/>
        </w:rPr>
        <mc:AlternateContent>
          <mc:Choice Requires="wps">
            <w:drawing>
              <wp:anchor distT="45720" distB="45720" distL="114300" distR="114300" simplePos="0" relativeHeight="251664384" behindDoc="0" locked="0" layoutInCell="1" allowOverlap="1" wp14:anchorId="3D046539" wp14:editId="6CAC10AC">
                <wp:simplePos x="0" y="0"/>
                <wp:positionH relativeFrom="column">
                  <wp:posOffset>3377565</wp:posOffset>
                </wp:positionH>
                <wp:positionV relativeFrom="paragraph">
                  <wp:posOffset>542926</wp:posOffset>
                </wp:positionV>
                <wp:extent cx="1600200" cy="266700"/>
                <wp:effectExtent l="0" t="0" r="19050" b="19050"/>
                <wp:wrapNone/>
                <wp:docPr id="2959061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266700"/>
                        </a:xfrm>
                        <a:prstGeom prst="rect">
                          <a:avLst/>
                        </a:prstGeom>
                        <a:solidFill>
                          <a:srgbClr val="FFFFFF"/>
                        </a:solidFill>
                        <a:ln w="9525">
                          <a:solidFill>
                            <a:srgbClr val="000000"/>
                          </a:solidFill>
                          <a:miter lim="800000"/>
                          <a:headEnd/>
                          <a:tailEnd/>
                        </a:ln>
                      </wps:spPr>
                      <wps:txbx>
                        <w:txbxContent>
                          <w:p w14:paraId="39845EA5" w14:textId="77777777" w:rsidR="00447B2E" w:rsidRDefault="00447B2E" w:rsidP="00447B2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D046539" id="_x0000_t202" coordsize="21600,21600" o:spt="202" path="m,l,21600r21600,l21600,xe">
                <v:stroke joinstyle="miter"/>
                <v:path gradientshapeok="t" o:connecttype="rect"/>
              </v:shapetype>
              <v:shape id="Text Box 2" o:spid="_x0000_s1026" type="#_x0000_t202" style="position:absolute;margin-left:265.95pt;margin-top:42.75pt;width:126pt;height:21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">
                <v:textbox>
                  <w:txbxContent>
                    <w:p w14:paraId="39845EA5" w14:textId="77777777" w:rsidR="00447B2E" w:rsidRDefault="00447B2E" w:rsidP="00447B2E"/>
                  </w:txbxContent>
                </v:textbox>
              </v:shape>
            </w:pict>
          </mc:Fallback>
        </mc:AlternateContent>
      </w:r>
      <w:r w:rsidRPr="001123B3">
        <w:rPr>
          <w:rFonts w:ascii="Arial" w:hAnsi="Arial" w:cs="Arial"/>
          <w:b/>
          <w:sz w:val="22"/>
          <w:szCs w:val="18"/>
        </w:rPr>
        <w:t>Ethnic background</w:t>
      </w:r>
    </w:p>
    <w:p w14:paraId="55E37EA0" w14:textId="32C3DE79" w:rsidR="00447B2E" w:rsidRPr="001123B3" w:rsidRDefault="00000000" w:rsidP="00447B2E">
      <w:pPr>
        <w:spacing w:before="180" w:after="80"/>
        <w:rPr>
          <w:rFonts w:ascii="Arial" w:hAnsi="Arial" w:cs="Arial"/>
          <w:bCs/>
          <w:sz w:val="22"/>
          <w:szCs w:val="18"/>
        </w:rPr>
      </w:pPr>
      <w:sdt>
        <w:sdtPr>
          <w:rPr>
            <w:rFonts w:ascii="Segoe UI Symbol" w:hAnsi="Segoe UI Symbol" w:cs="Segoe UI Symbol"/>
            <w:bCs/>
            <w:sz w:val="22"/>
            <w:szCs w:val="18"/>
          </w:rPr>
          <w:id w:val="-424496404"/>
          <w14:checkbox>
            <w14:checked w14:val="0"/>
            <w14:checkedState w14:val="2612" w14:font="MS Gothic"/>
            <w14:uncheckedState w14:val="2610" w14:font="MS Gothic"/>
          </w14:checkbox>
        </w:sdtPr>
        <w:sdtContent>
          <w:r w:rsidR="00447B2E">
            <w:rPr>
              <w:rFonts w:ascii="MS Gothic" w:eastAsia="MS Gothic" w:hAnsi="MS Gothic" w:cs="Segoe UI Symbol" w:hint="eastAsia"/>
              <w:bCs/>
              <w:sz w:val="22"/>
              <w:szCs w:val="18"/>
            </w:rPr>
            <w:t>☐</w:t>
          </w:r>
        </w:sdtContent>
      </w:sdt>
      <w:r w:rsidR="00447B2E" w:rsidRPr="001123B3">
        <w:rPr>
          <w:rFonts w:ascii="Arial" w:hAnsi="Arial" w:cs="Arial"/>
          <w:bCs/>
          <w:sz w:val="22"/>
          <w:szCs w:val="18"/>
        </w:rPr>
        <w:t xml:space="preserve"> White </w:t>
      </w:r>
      <w:sdt>
        <w:sdtPr>
          <w:rPr>
            <w:rFonts w:ascii="Segoe UI Symbol" w:hAnsi="Segoe UI Symbol" w:cs="Segoe UI Symbol"/>
            <w:bCs/>
            <w:sz w:val="22"/>
            <w:szCs w:val="18"/>
          </w:rPr>
          <w:id w:val="1646237534"/>
          <w14:checkbox>
            <w14:checked w14:val="0"/>
            <w14:checkedState w14:val="2612" w14:font="MS Gothic"/>
            <w14:uncheckedState w14:val="2610" w14:font="MS Gothic"/>
          </w14:checkbox>
        </w:sdtPr>
        <w:sdtContent>
          <w:r w:rsidR="00373746">
            <w:rPr>
              <w:rFonts w:ascii="MS Gothic" w:eastAsia="MS Gothic" w:hAnsi="MS Gothic" w:cs="Segoe UI Symbol" w:hint="eastAsia"/>
              <w:bCs/>
              <w:sz w:val="22"/>
              <w:szCs w:val="18"/>
            </w:rPr>
            <w:t>☐</w:t>
          </w:r>
        </w:sdtContent>
      </w:sdt>
      <w:r w:rsidR="00447B2E" w:rsidRPr="001123B3">
        <w:rPr>
          <w:rFonts w:ascii="Arial" w:hAnsi="Arial" w:cs="Arial"/>
          <w:bCs/>
          <w:sz w:val="22"/>
          <w:szCs w:val="18"/>
        </w:rPr>
        <w:t xml:space="preserve"> Mixed / Multiple ethnic groups </w:t>
      </w:r>
      <w:sdt>
        <w:sdtPr>
          <w:rPr>
            <w:rFonts w:ascii="Segoe UI Symbol" w:hAnsi="Segoe UI Symbol" w:cs="Segoe UI Symbol"/>
            <w:bCs/>
            <w:sz w:val="22"/>
            <w:szCs w:val="18"/>
          </w:rPr>
          <w:id w:val="1254013675"/>
          <w14:checkbox>
            <w14:checked w14:val="0"/>
            <w14:checkedState w14:val="2612" w14:font="MS Gothic"/>
            <w14:uncheckedState w14:val="2610" w14:font="MS Gothic"/>
          </w14:checkbox>
        </w:sdtPr>
        <w:sdtContent>
          <w:r w:rsidR="00447B2E">
            <w:rPr>
              <w:rFonts w:ascii="MS Gothic" w:eastAsia="MS Gothic" w:hAnsi="MS Gothic" w:cs="Segoe UI Symbol" w:hint="eastAsia"/>
              <w:bCs/>
              <w:sz w:val="22"/>
              <w:szCs w:val="18"/>
            </w:rPr>
            <w:t>☐</w:t>
          </w:r>
        </w:sdtContent>
      </w:sdt>
      <w:r w:rsidR="00447B2E" w:rsidRPr="001123B3">
        <w:rPr>
          <w:rFonts w:ascii="Arial" w:hAnsi="Arial" w:cs="Arial"/>
          <w:bCs/>
          <w:sz w:val="22"/>
          <w:szCs w:val="18"/>
        </w:rPr>
        <w:t xml:space="preserve"> Asian / Asian British </w:t>
      </w:r>
      <w:sdt>
        <w:sdtPr>
          <w:rPr>
            <w:rFonts w:ascii="Segoe UI Symbol" w:hAnsi="Segoe UI Symbol" w:cs="Segoe UI Symbol"/>
            <w:bCs/>
            <w:sz w:val="22"/>
            <w:szCs w:val="18"/>
          </w:rPr>
          <w:id w:val="925541501"/>
          <w14:checkbox>
            <w14:checked w14:val="0"/>
            <w14:checkedState w14:val="2612" w14:font="MS Gothic"/>
            <w14:uncheckedState w14:val="2610" w14:font="MS Gothic"/>
          </w14:checkbox>
        </w:sdtPr>
        <w:sdtContent>
          <w:r w:rsidR="00447B2E">
            <w:rPr>
              <w:rFonts w:ascii="MS Gothic" w:eastAsia="MS Gothic" w:hAnsi="MS Gothic" w:cs="Segoe UI Symbol" w:hint="eastAsia"/>
              <w:bCs/>
              <w:sz w:val="22"/>
              <w:szCs w:val="18"/>
            </w:rPr>
            <w:t>☐</w:t>
          </w:r>
        </w:sdtContent>
      </w:sdt>
      <w:r w:rsidR="00447B2E" w:rsidRPr="001123B3">
        <w:rPr>
          <w:rFonts w:ascii="Arial" w:hAnsi="Arial" w:cs="Arial"/>
          <w:bCs/>
          <w:sz w:val="22"/>
          <w:szCs w:val="18"/>
        </w:rPr>
        <w:t xml:space="preserve"> Black / African / Caribbean / Black British </w:t>
      </w:r>
      <w:sdt>
        <w:sdtPr>
          <w:rPr>
            <w:rFonts w:ascii="Segoe UI Symbol" w:hAnsi="Segoe UI Symbol" w:cs="Segoe UI Symbol"/>
            <w:bCs/>
            <w:sz w:val="22"/>
            <w:szCs w:val="18"/>
          </w:rPr>
          <w:id w:val="-1472590726"/>
          <w14:checkbox>
            <w14:checked w14:val="0"/>
            <w14:checkedState w14:val="2612" w14:font="MS Gothic"/>
            <w14:uncheckedState w14:val="2610" w14:font="MS Gothic"/>
          </w14:checkbox>
        </w:sdtPr>
        <w:sdtContent>
          <w:r w:rsidR="00447B2E">
            <w:rPr>
              <w:rFonts w:ascii="MS Gothic" w:eastAsia="MS Gothic" w:hAnsi="MS Gothic" w:cs="Segoe UI Symbol" w:hint="eastAsia"/>
              <w:bCs/>
              <w:sz w:val="22"/>
              <w:szCs w:val="18"/>
            </w:rPr>
            <w:t>☐</w:t>
          </w:r>
        </w:sdtContent>
      </w:sdt>
      <w:r w:rsidR="00447B2E" w:rsidRPr="001123B3">
        <w:rPr>
          <w:rFonts w:ascii="Arial" w:hAnsi="Arial" w:cs="Arial"/>
          <w:bCs/>
          <w:sz w:val="22"/>
          <w:szCs w:val="18"/>
        </w:rPr>
        <w:t xml:space="preserve"> Other ethnic group </w:t>
      </w:r>
      <w:r w:rsidR="00447B2E" w:rsidRPr="001123B3">
        <w:rPr>
          <w:rFonts w:ascii="Segoe UI Symbol" w:hAnsi="Segoe UI Symbol" w:cs="Segoe UI Symbol"/>
          <w:bCs/>
          <w:sz w:val="22"/>
          <w:szCs w:val="18"/>
        </w:rPr>
        <w:t>☐</w:t>
      </w:r>
      <w:r w:rsidR="00447B2E" w:rsidRPr="001123B3">
        <w:rPr>
          <w:rFonts w:ascii="Arial" w:hAnsi="Arial" w:cs="Arial"/>
          <w:bCs/>
          <w:sz w:val="22"/>
          <w:szCs w:val="18"/>
        </w:rPr>
        <w:t xml:space="preserve"> Prefer to self-describe: </w:t>
      </w:r>
      <w:r w:rsidR="00447B2E">
        <w:rPr>
          <w:rFonts w:ascii="Arial" w:hAnsi="Arial" w:cs="Arial"/>
          <w:bCs/>
          <w:sz w:val="22"/>
          <w:szCs w:val="18"/>
        </w:rPr>
        <w:t xml:space="preserve">                               </w:t>
      </w:r>
      <w:r w:rsidR="00447B2E">
        <w:rPr>
          <w:rFonts w:ascii="Arial" w:hAnsi="Arial" w:cs="Arial"/>
          <w:bCs/>
          <w:sz w:val="22"/>
          <w:szCs w:val="18"/>
        </w:rPr>
        <w:tab/>
      </w:r>
      <w:r w:rsidR="00447B2E" w:rsidRPr="001123B3">
        <w:rPr>
          <w:rFonts w:ascii="Segoe UI Symbol" w:hAnsi="Segoe UI Symbol" w:cs="Segoe UI Symbol"/>
          <w:bCs/>
          <w:sz w:val="22"/>
          <w:szCs w:val="18"/>
        </w:rPr>
        <w:t>☐</w:t>
      </w:r>
      <w:r w:rsidR="00447B2E" w:rsidRPr="001123B3">
        <w:rPr>
          <w:rFonts w:ascii="Arial" w:hAnsi="Arial" w:cs="Arial"/>
          <w:bCs/>
          <w:sz w:val="22"/>
          <w:szCs w:val="18"/>
        </w:rPr>
        <w:t xml:space="preserve"> Prefer not to say</w:t>
      </w:r>
    </w:p>
    <w:p w14:paraId="137D9698" w14:textId="77777777" w:rsidR="00447B2E" w:rsidRPr="007E74F9" w:rsidRDefault="00447B2E" w:rsidP="00447B2E">
      <w:pPr>
        <w:spacing w:before="180" w:after="80"/>
        <w:rPr>
          <w:rFonts w:ascii="Arial" w:hAnsi="Arial" w:cs="Arial"/>
          <w:b/>
          <w:sz w:val="22"/>
          <w:szCs w:val="18"/>
        </w:rPr>
      </w:pPr>
      <w:r w:rsidRPr="007E74F9">
        <w:rPr>
          <w:rFonts w:ascii="Arial" w:hAnsi="Arial" w:cs="Arial"/>
          <w:b/>
          <w:sz w:val="22"/>
          <w:szCs w:val="18"/>
        </w:rPr>
        <w:t>Disability / long-term health condition</w:t>
      </w:r>
    </w:p>
    <w:p w14:paraId="54071039" w14:textId="77777777" w:rsidR="00447B2E" w:rsidRDefault="00000000" w:rsidP="00447B2E">
      <w:pPr>
        <w:spacing w:before="180" w:after="80"/>
        <w:rPr>
          <w:rFonts w:ascii="Arial" w:hAnsi="Arial" w:cs="Arial"/>
          <w:bCs/>
          <w:sz w:val="22"/>
          <w:szCs w:val="18"/>
        </w:rPr>
      </w:pPr>
      <w:sdt>
        <w:sdtPr>
          <w:rPr>
            <w:rFonts w:ascii="Segoe UI Symbol" w:hAnsi="Segoe UI Symbol" w:cs="Segoe UI Symbol"/>
            <w:bCs/>
            <w:sz w:val="22"/>
            <w:szCs w:val="18"/>
          </w:rPr>
          <w:id w:val="-317183553"/>
          <w14:checkbox>
            <w14:checked w14:val="0"/>
            <w14:checkedState w14:val="2612" w14:font="MS Gothic"/>
            <w14:uncheckedState w14:val="2610" w14:font="MS Gothic"/>
          </w14:checkbox>
        </w:sdtPr>
        <w:sdtContent>
          <w:r w:rsidR="00447B2E">
            <w:rPr>
              <w:rFonts w:ascii="MS Gothic" w:eastAsia="MS Gothic" w:hAnsi="MS Gothic" w:cs="Segoe UI Symbol" w:hint="eastAsia"/>
              <w:bCs/>
              <w:sz w:val="22"/>
              <w:szCs w:val="18"/>
            </w:rPr>
            <w:t>☐</w:t>
          </w:r>
        </w:sdtContent>
      </w:sdt>
      <w:r w:rsidR="00447B2E" w:rsidRPr="001123B3">
        <w:rPr>
          <w:rFonts w:ascii="Arial" w:hAnsi="Arial" w:cs="Arial"/>
          <w:bCs/>
          <w:sz w:val="22"/>
          <w:szCs w:val="18"/>
        </w:rPr>
        <w:t xml:space="preserve"> Yes</w:t>
      </w:r>
      <w:r w:rsidR="00447B2E" w:rsidRPr="00930A7D">
        <w:rPr>
          <w:rFonts w:ascii="Segoe UI Symbol" w:hAnsi="Segoe UI Symbol" w:cs="Segoe UI Symbol"/>
          <w:bCs/>
          <w:sz w:val="22"/>
          <w:szCs w:val="18"/>
        </w:rPr>
        <w:t xml:space="preserve"> </w:t>
      </w:r>
      <w:sdt>
        <w:sdtPr>
          <w:rPr>
            <w:rFonts w:ascii="Segoe UI Symbol" w:hAnsi="Segoe UI Symbol" w:cs="Segoe UI Symbol"/>
            <w:bCs/>
            <w:sz w:val="22"/>
            <w:szCs w:val="18"/>
          </w:rPr>
          <w:id w:val="-521396485"/>
          <w14:checkbox>
            <w14:checked w14:val="0"/>
            <w14:checkedState w14:val="2612" w14:font="MS Gothic"/>
            <w14:uncheckedState w14:val="2610" w14:font="MS Gothic"/>
          </w14:checkbox>
        </w:sdtPr>
        <w:sdtContent>
          <w:r w:rsidR="00447B2E">
            <w:rPr>
              <w:rFonts w:ascii="MS Gothic" w:eastAsia="MS Gothic" w:hAnsi="MS Gothic" w:cs="Segoe UI Symbol" w:hint="eastAsia"/>
              <w:bCs/>
              <w:sz w:val="22"/>
              <w:szCs w:val="18"/>
            </w:rPr>
            <w:t>☐</w:t>
          </w:r>
        </w:sdtContent>
      </w:sdt>
      <w:r w:rsidR="00447B2E" w:rsidRPr="001123B3">
        <w:rPr>
          <w:rFonts w:ascii="Arial" w:hAnsi="Arial" w:cs="Arial"/>
          <w:bCs/>
          <w:sz w:val="22"/>
          <w:szCs w:val="18"/>
        </w:rPr>
        <w:t xml:space="preserve"> No </w:t>
      </w:r>
      <w:sdt>
        <w:sdtPr>
          <w:rPr>
            <w:rFonts w:ascii="Segoe UI Symbol" w:hAnsi="Segoe UI Symbol" w:cs="Segoe UI Symbol"/>
            <w:bCs/>
            <w:sz w:val="22"/>
            <w:szCs w:val="18"/>
          </w:rPr>
          <w:id w:val="-1046981818"/>
          <w14:checkbox>
            <w14:checked w14:val="0"/>
            <w14:checkedState w14:val="2612" w14:font="MS Gothic"/>
            <w14:uncheckedState w14:val="2610" w14:font="MS Gothic"/>
          </w14:checkbox>
        </w:sdtPr>
        <w:sdtContent>
          <w:r w:rsidR="00447B2E">
            <w:rPr>
              <w:rFonts w:ascii="MS Gothic" w:eastAsia="MS Gothic" w:hAnsi="MS Gothic" w:cs="Segoe UI Symbol" w:hint="eastAsia"/>
              <w:bCs/>
              <w:sz w:val="22"/>
              <w:szCs w:val="18"/>
            </w:rPr>
            <w:t>☐</w:t>
          </w:r>
        </w:sdtContent>
      </w:sdt>
      <w:r w:rsidR="00447B2E" w:rsidRPr="001123B3">
        <w:rPr>
          <w:rFonts w:ascii="Arial" w:hAnsi="Arial" w:cs="Arial"/>
          <w:bCs/>
          <w:sz w:val="22"/>
          <w:szCs w:val="18"/>
        </w:rPr>
        <w:t xml:space="preserve"> Prefer not to say</w:t>
      </w:r>
    </w:p>
    <w:p w14:paraId="2E062DBB" w14:textId="77777777" w:rsidR="00447B2E" w:rsidRDefault="00447B2E" w:rsidP="00447B2E">
      <w:pPr>
        <w:spacing w:before="180" w:after="80"/>
        <w:rPr>
          <w:rFonts w:ascii="Arial" w:hAnsi="Arial" w:cs="Arial"/>
          <w:b/>
          <w:sz w:val="22"/>
          <w:szCs w:val="18"/>
        </w:rPr>
      </w:pPr>
      <w:r>
        <w:rPr>
          <w:rFonts w:ascii="Arial" w:hAnsi="Arial" w:cs="Arial"/>
          <w:b/>
          <w:sz w:val="22"/>
          <w:szCs w:val="18"/>
        </w:rPr>
        <w:t>Are you an unpaid carer?</w:t>
      </w:r>
    </w:p>
    <w:p w14:paraId="3E151C4D" w14:textId="77777777" w:rsidR="00447B2E" w:rsidRPr="005408EE" w:rsidRDefault="00000000" w:rsidP="00447B2E">
      <w:pPr>
        <w:spacing w:before="180" w:after="80"/>
        <w:rPr>
          <w:rFonts w:ascii="Arial" w:hAnsi="Arial" w:cs="Arial"/>
          <w:bCs/>
          <w:sz w:val="22"/>
          <w:szCs w:val="18"/>
        </w:rPr>
      </w:pPr>
      <w:sdt>
        <w:sdtPr>
          <w:rPr>
            <w:rFonts w:ascii="Segoe UI Symbol" w:hAnsi="Segoe UI Symbol" w:cs="Segoe UI Symbol"/>
            <w:bCs/>
            <w:sz w:val="22"/>
            <w:szCs w:val="18"/>
          </w:rPr>
          <w:id w:val="-325358661"/>
          <w14:checkbox>
            <w14:checked w14:val="0"/>
            <w14:checkedState w14:val="2612" w14:font="MS Gothic"/>
            <w14:uncheckedState w14:val="2610" w14:font="MS Gothic"/>
          </w14:checkbox>
        </w:sdtPr>
        <w:sdtContent>
          <w:r w:rsidR="00447B2E">
            <w:rPr>
              <w:rFonts w:ascii="MS Gothic" w:eastAsia="MS Gothic" w:hAnsi="MS Gothic" w:cs="Segoe UI Symbol" w:hint="eastAsia"/>
              <w:bCs/>
              <w:sz w:val="22"/>
              <w:szCs w:val="18"/>
            </w:rPr>
            <w:t>☐</w:t>
          </w:r>
        </w:sdtContent>
      </w:sdt>
      <w:r w:rsidR="00447B2E" w:rsidRPr="001123B3">
        <w:rPr>
          <w:rFonts w:ascii="Arial" w:hAnsi="Arial" w:cs="Arial"/>
          <w:bCs/>
          <w:sz w:val="22"/>
          <w:szCs w:val="18"/>
        </w:rPr>
        <w:t xml:space="preserve"> Yes</w:t>
      </w:r>
      <w:r w:rsidR="00447B2E" w:rsidRPr="00930A7D">
        <w:rPr>
          <w:rFonts w:ascii="Segoe UI Symbol" w:hAnsi="Segoe UI Symbol" w:cs="Segoe UI Symbol"/>
          <w:bCs/>
          <w:sz w:val="22"/>
          <w:szCs w:val="18"/>
        </w:rPr>
        <w:t xml:space="preserve"> </w:t>
      </w:r>
      <w:sdt>
        <w:sdtPr>
          <w:rPr>
            <w:rFonts w:ascii="Segoe UI Symbol" w:hAnsi="Segoe UI Symbol" w:cs="Segoe UI Symbol"/>
            <w:bCs/>
            <w:sz w:val="22"/>
            <w:szCs w:val="18"/>
          </w:rPr>
          <w:id w:val="901870120"/>
          <w14:checkbox>
            <w14:checked w14:val="0"/>
            <w14:checkedState w14:val="2612" w14:font="MS Gothic"/>
            <w14:uncheckedState w14:val="2610" w14:font="MS Gothic"/>
          </w14:checkbox>
        </w:sdtPr>
        <w:sdtContent>
          <w:r w:rsidR="00447B2E">
            <w:rPr>
              <w:rFonts w:ascii="MS Gothic" w:eastAsia="MS Gothic" w:hAnsi="MS Gothic" w:cs="Segoe UI Symbol" w:hint="eastAsia"/>
              <w:bCs/>
              <w:sz w:val="22"/>
              <w:szCs w:val="18"/>
            </w:rPr>
            <w:t>☐</w:t>
          </w:r>
        </w:sdtContent>
      </w:sdt>
      <w:r w:rsidR="00447B2E" w:rsidRPr="001123B3">
        <w:rPr>
          <w:rFonts w:ascii="Arial" w:hAnsi="Arial" w:cs="Arial"/>
          <w:bCs/>
          <w:sz w:val="22"/>
          <w:szCs w:val="18"/>
        </w:rPr>
        <w:t xml:space="preserve"> No </w:t>
      </w:r>
      <w:sdt>
        <w:sdtPr>
          <w:rPr>
            <w:rFonts w:ascii="Segoe UI Symbol" w:hAnsi="Segoe UI Symbol" w:cs="Segoe UI Symbol"/>
            <w:bCs/>
            <w:sz w:val="22"/>
            <w:szCs w:val="18"/>
          </w:rPr>
          <w:id w:val="-1153825179"/>
          <w14:checkbox>
            <w14:checked w14:val="0"/>
            <w14:checkedState w14:val="2612" w14:font="MS Gothic"/>
            <w14:uncheckedState w14:val="2610" w14:font="MS Gothic"/>
          </w14:checkbox>
        </w:sdtPr>
        <w:sdtContent>
          <w:r w:rsidR="00447B2E">
            <w:rPr>
              <w:rFonts w:ascii="MS Gothic" w:eastAsia="MS Gothic" w:hAnsi="MS Gothic" w:cs="Segoe UI Symbol" w:hint="eastAsia"/>
              <w:bCs/>
              <w:sz w:val="22"/>
              <w:szCs w:val="18"/>
            </w:rPr>
            <w:t>☐</w:t>
          </w:r>
        </w:sdtContent>
      </w:sdt>
      <w:r w:rsidR="00447B2E" w:rsidRPr="001123B3">
        <w:rPr>
          <w:rFonts w:ascii="Arial" w:hAnsi="Arial" w:cs="Arial"/>
          <w:bCs/>
          <w:sz w:val="22"/>
          <w:szCs w:val="18"/>
        </w:rPr>
        <w:t xml:space="preserve"> Prefer not to say</w:t>
      </w:r>
    </w:p>
    <w:p w14:paraId="4AEB86BF" w14:textId="77777777" w:rsidR="00447B2E" w:rsidRPr="00930A7D" w:rsidRDefault="00447B2E" w:rsidP="00447B2E">
      <w:pPr>
        <w:spacing w:before="180" w:after="80"/>
        <w:rPr>
          <w:rFonts w:ascii="Arial" w:hAnsi="Arial" w:cs="Arial"/>
          <w:b/>
          <w:sz w:val="22"/>
          <w:szCs w:val="18"/>
        </w:rPr>
      </w:pPr>
      <w:r w:rsidRPr="00930A7D">
        <w:rPr>
          <w:rFonts w:ascii="Arial" w:hAnsi="Arial" w:cs="Arial"/>
          <w:b/>
          <w:sz w:val="22"/>
          <w:szCs w:val="18"/>
        </w:rPr>
        <w:t>Religion or belief</w:t>
      </w:r>
    </w:p>
    <w:p w14:paraId="489D1FE2" w14:textId="77777777" w:rsidR="00447B2E" w:rsidRPr="001123B3" w:rsidRDefault="00447B2E" w:rsidP="00447B2E">
      <w:pPr>
        <w:spacing w:before="180" w:after="80"/>
        <w:rPr>
          <w:rFonts w:ascii="Arial" w:hAnsi="Arial" w:cs="Arial"/>
          <w:bCs/>
          <w:sz w:val="22"/>
          <w:szCs w:val="18"/>
        </w:rPr>
      </w:pPr>
      <w:r w:rsidRPr="007E74F9">
        <w:rPr>
          <w:rFonts w:ascii="Segoe UI Symbol" w:hAnsi="Segoe UI Symbol" w:cs="Segoe UI Symbol"/>
          <w:bCs/>
          <w:noProof/>
          <w:sz w:val="22"/>
          <w:szCs w:val="18"/>
        </w:rPr>
        <mc:AlternateContent>
          <mc:Choice Requires="wps">
            <w:drawing>
              <wp:anchor distT="45720" distB="45720" distL="114300" distR="114300" simplePos="0" relativeHeight="251665408" behindDoc="0" locked="0" layoutInCell="1" allowOverlap="1" wp14:anchorId="200895F1" wp14:editId="046CF0FB">
                <wp:simplePos x="0" y="0"/>
                <wp:positionH relativeFrom="column">
                  <wp:posOffset>2148840</wp:posOffset>
                </wp:positionH>
                <wp:positionV relativeFrom="paragraph">
                  <wp:posOffset>276860</wp:posOffset>
                </wp:positionV>
                <wp:extent cx="2152650" cy="266700"/>
                <wp:effectExtent l="0" t="0" r="19050" b="19050"/>
                <wp:wrapNone/>
                <wp:docPr id="5095215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2650" cy="266700"/>
                        </a:xfrm>
                        <a:prstGeom prst="rect">
                          <a:avLst/>
                        </a:prstGeom>
                        <a:solidFill>
                          <a:srgbClr val="FFFFFF"/>
                        </a:solidFill>
                        <a:ln w="9525">
                          <a:solidFill>
                            <a:srgbClr val="000000"/>
                          </a:solidFill>
                          <a:miter lim="800000"/>
                          <a:headEnd/>
                          <a:tailEnd/>
                        </a:ln>
                      </wps:spPr>
                      <wps:txbx>
                        <w:txbxContent>
                          <w:p w14:paraId="0E283427" w14:textId="77777777" w:rsidR="00447B2E" w:rsidRDefault="00447B2E" w:rsidP="00447B2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0895F1" id="_x0000_s1027" type="#_x0000_t202" style="position:absolute;margin-left:169.2pt;margin-top:21.8pt;width:169.5pt;height:21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">
                <v:textbox>
                  <w:txbxContent>
                    <w:p w14:paraId="0E283427" w14:textId="77777777" w:rsidR="00447B2E" w:rsidRDefault="00447B2E" w:rsidP="00447B2E"/>
                  </w:txbxContent>
                </v:textbox>
              </v:shape>
            </w:pict>
          </mc:Fallback>
        </mc:AlternateContent>
      </w:r>
      <w:sdt>
        <w:sdtPr>
          <w:rPr>
            <w:rFonts w:ascii="Segoe UI Symbol" w:hAnsi="Segoe UI Symbol" w:cs="Segoe UI Symbol"/>
            <w:bCs/>
            <w:sz w:val="22"/>
            <w:szCs w:val="18"/>
          </w:rPr>
          <w:id w:val="-1859495825"/>
          <w14:checkbox>
            <w14:checked w14:val="0"/>
            <w14:checkedState w14:val="2612" w14:font="MS Gothic"/>
            <w14:uncheckedState w14:val="2610" w14:font="MS Gothic"/>
          </w14:checkbox>
        </w:sdtPr>
        <w:sdtContent>
          <w:r>
            <w:rPr>
              <w:rFonts w:ascii="MS Gothic" w:eastAsia="MS Gothic" w:hAnsi="MS Gothic" w:cs="Segoe UI Symbol" w:hint="eastAsia"/>
              <w:bCs/>
              <w:sz w:val="22"/>
              <w:szCs w:val="18"/>
            </w:rPr>
            <w:t>☐</w:t>
          </w:r>
        </w:sdtContent>
      </w:sdt>
      <w:r w:rsidRPr="001123B3">
        <w:rPr>
          <w:rFonts w:ascii="Arial" w:hAnsi="Arial" w:cs="Arial"/>
          <w:bCs/>
          <w:sz w:val="22"/>
          <w:szCs w:val="18"/>
        </w:rPr>
        <w:t xml:space="preserve"> No religion or belief</w:t>
      </w:r>
      <w:r w:rsidRPr="00930A7D">
        <w:rPr>
          <w:rFonts w:ascii="Segoe UI Symbol" w:hAnsi="Segoe UI Symbol" w:cs="Segoe UI Symbol"/>
          <w:bCs/>
          <w:sz w:val="22"/>
          <w:szCs w:val="18"/>
        </w:rPr>
        <w:t xml:space="preserve"> </w:t>
      </w:r>
      <w:sdt>
        <w:sdtPr>
          <w:rPr>
            <w:rFonts w:ascii="Segoe UI Symbol" w:hAnsi="Segoe UI Symbol" w:cs="Segoe UI Symbol"/>
            <w:bCs/>
            <w:sz w:val="22"/>
            <w:szCs w:val="18"/>
          </w:rPr>
          <w:id w:val="-273560838"/>
          <w14:checkbox>
            <w14:checked w14:val="0"/>
            <w14:checkedState w14:val="2612" w14:font="MS Gothic"/>
            <w14:uncheckedState w14:val="2610" w14:font="MS Gothic"/>
          </w14:checkbox>
        </w:sdtPr>
        <w:sdtContent>
          <w:r>
            <w:rPr>
              <w:rFonts w:ascii="MS Gothic" w:eastAsia="MS Gothic" w:hAnsi="MS Gothic" w:cs="Segoe UI Symbol" w:hint="eastAsia"/>
              <w:bCs/>
              <w:sz w:val="22"/>
              <w:szCs w:val="18"/>
            </w:rPr>
            <w:t>☐</w:t>
          </w:r>
        </w:sdtContent>
      </w:sdt>
      <w:r w:rsidRPr="001123B3">
        <w:rPr>
          <w:rFonts w:ascii="Arial" w:hAnsi="Arial" w:cs="Arial"/>
          <w:bCs/>
          <w:sz w:val="22"/>
          <w:szCs w:val="18"/>
        </w:rPr>
        <w:t xml:space="preserve"> Christian </w:t>
      </w:r>
      <w:sdt>
        <w:sdtPr>
          <w:rPr>
            <w:rFonts w:ascii="Segoe UI Symbol" w:hAnsi="Segoe UI Symbol" w:cs="Segoe UI Symbol"/>
            <w:bCs/>
            <w:sz w:val="22"/>
            <w:szCs w:val="18"/>
          </w:rPr>
          <w:id w:val="1169908806"/>
          <w14:checkbox>
            <w14:checked w14:val="0"/>
            <w14:checkedState w14:val="2612" w14:font="MS Gothic"/>
            <w14:uncheckedState w14:val="2610" w14:font="MS Gothic"/>
          </w14:checkbox>
        </w:sdtPr>
        <w:sdtContent>
          <w:r>
            <w:rPr>
              <w:rFonts w:ascii="MS Gothic" w:eastAsia="MS Gothic" w:hAnsi="MS Gothic" w:cs="Segoe UI Symbol" w:hint="eastAsia"/>
              <w:bCs/>
              <w:sz w:val="22"/>
              <w:szCs w:val="18"/>
            </w:rPr>
            <w:t>☐</w:t>
          </w:r>
        </w:sdtContent>
      </w:sdt>
      <w:r w:rsidRPr="001123B3">
        <w:rPr>
          <w:rFonts w:ascii="Arial" w:hAnsi="Arial" w:cs="Arial"/>
          <w:bCs/>
          <w:sz w:val="22"/>
          <w:szCs w:val="18"/>
        </w:rPr>
        <w:t xml:space="preserve"> Buddhist</w:t>
      </w:r>
      <w:r w:rsidRPr="00930A7D">
        <w:rPr>
          <w:rFonts w:ascii="Segoe UI Symbol" w:hAnsi="Segoe UI Symbol" w:cs="Segoe UI Symbol"/>
          <w:bCs/>
          <w:sz w:val="22"/>
          <w:szCs w:val="18"/>
        </w:rPr>
        <w:t xml:space="preserve"> </w:t>
      </w:r>
      <w:sdt>
        <w:sdtPr>
          <w:rPr>
            <w:rFonts w:ascii="Segoe UI Symbol" w:hAnsi="Segoe UI Symbol" w:cs="Segoe UI Symbol"/>
            <w:bCs/>
            <w:sz w:val="22"/>
            <w:szCs w:val="18"/>
          </w:rPr>
          <w:id w:val="602539981"/>
          <w14:checkbox>
            <w14:checked w14:val="0"/>
            <w14:checkedState w14:val="2612" w14:font="MS Gothic"/>
            <w14:uncheckedState w14:val="2610" w14:font="MS Gothic"/>
          </w14:checkbox>
        </w:sdtPr>
        <w:sdtContent>
          <w:r>
            <w:rPr>
              <w:rFonts w:ascii="MS Gothic" w:eastAsia="MS Gothic" w:hAnsi="MS Gothic" w:cs="Segoe UI Symbol" w:hint="eastAsia"/>
              <w:bCs/>
              <w:sz w:val="22"/>
              <w:szCs w:val="18"/>
            </w:rPr>
            <w:t>☐</w:t>
          </w:r>
        </w:sdtContent>
      </w:sdt>
      <w:r w:rsidRPr="001123B3">
        <w:rPr>
          <w:rFonts w:ascii="Arial" w:hAnsi="Arial" w:cs="Arial"/>
          <w:bCs/>
          <w:sz w:val="22"/>
          <w:szCs w:val="18"/>
        </w:rPr>
        <w:t xml:space="preserve"> Hindu </w:t>
      </w:r>
      <w:r w:rsidRPr="001123B3">
        <w:rPr>
          <w:rFonts w:ascii="Segoe UI Symbol" w:hAnsi="Segoe UI Symbol" w:cs="Segoe UI Symbol"/>
          <w:bCs/>
          <w:sz w:val="22"/>
          <w:szCs w:val="18"/>
        </w:rPr>
        <w:t>☐</w:t>
      </w:r>
      <w:r w:rsidRPr="00930A7D">
        <w:rPr>
          <w:rFonts w:ascii="Segoe UI Symbol" w:hAnsi="Segoe UI Symbol" w:cs="Segoe UI Symbol"/>
          <w:bCs/>
          <w:sz w:val="22"/>
          <w:szCs w:val="18"/>
        </w:rPr>
        <w:t xml:space="preserve"> </w:t>
      </w:r>
      <w:r w:rsidRPr="001123B3">
        <w:rPr>
          <w:rFonts w:ascii="Arial" w:hAnsi="Arial" w:cs="Arial"/>
          <w:bCs/>
          <w:sz w:val="22"/>
          <w:szCs w:val="18"/>
        </w:rPr>
        <w:t xml:space="preserve">Jewish </w:t>
      </w:r>
      <w:sdt>
        <w:sdtPr>
          <w:rPr>
            <w:rFonts w:ascii="Segoe UI Symbol" w:hAnsi="Segoe UI Symbol" w:cs="Segoe UI Symbol"/>
            <w:bCs/>
            <w:sz w:val="22"/>
            <w:szCs w:val="18"/>
          </w:rPr>
          <w:id w:val="-2121599024"/>
          <w14:checkbox>
            <w14:checked w14:val="0"/>
            <w14:checkedState w14:val="2612" w14:font="MS Gothic"/>
            <w14:uncheckedState w14:val="2610" w14:font="MS Gothic"/>
          </w14:checkbox>
        </w:sdtPr>
        <w:sdtContent>
          <w:r>
            <w:rPr>
              <w:rFonts w:ascii="MS Gothic" w:eastAsia="MS Gothic" w:hAnsi="MS Gothic" w:cs="Segoe UI Symbol" w:hint="eastAsia"/>
              <w:bCs/>
              <w:sz w:val="22"/>
              <w:szCs w:val="18"/>
            </w:rPr>
            <w:t>☐</w:t>
          </w:r>
        </w:sdtContent>
      </w:sdt>
      <w:r w:rsidRPr="001123B3">
        <w:rPr>
          <w:rFonts w:ascii="Arial" w:hAnsi="Arial" w:cs="Arial"/>
          <w:bCs/>
          <w:sz w:val="22"/>
          <w:szCs w:val="18"/>
        </w:rPr>
        <w:t xml:space="preserve"> Muslim</w:t>
      </w:r>
      <w:r w:rsidRPr="00930A7D">
        <w:rPr>
          <w:rFonts w:ascii="Segoe UI Symbol" w:hAnsi="Segoe UI Symbol" w:cs="Segoe UI Symbol"/>
          <w:bCs/>
          <w:sz w:val="22"/>
          <w:szCs w:val="18"/>
        </w:rPr>
        <w:t xml:space="preserve"> </w:t>
      </w:r>
      <w:sdt>
        <w:sdtPr>
          <w:rPr>
            <w:rFonts w:ascii="Segoe UI Symbol" w:hAnsi="Segoe UI Symbol" w:cs="Segoe UI Symbol"/>
            <w:bCs/>
            <w:sz w:val="22"/>
            <w:szCs w:val="18"/>
          </w:rPr>
          <w:id w:val="1424214936"/>
          <w14:checkbox>
            <w14:checked w14:val="0"/>
            <w14:checkedState w14:val="2612" w14:font="MS Gothic"/>
            <w14:uncheckedState w14:val="2610" w14:font="MS Gothic"/>
          </w14:checkbox>
        </w:sdtPr>
        <w:sdtContent>
          <w:r>
            <w:rPr>
              <w:rFonts w:ascii="MS Gothic" w:eastAsia="MS Gothic" w:hAnsi="MS Gothic" w:cs="Segoe UI Symbol" w:hint="eastAsia"/>
              <w:bCs/>
              <w:sz w:val="22"/>
              <w:szCs w:val="18"/>
            </w:rPr>
            <w:t>☐</w:t>
          </w:r>
        </w:sdtContent>
      </w:sdt>
      <w:r w:rsidRPr="001123B3">
        <w:rPr>
          <w:rFonts w:ascii="Arial" w:hAnsi="Arial" w:cs="Arial"/>
          <w:bCs/>
          <w:sz w:val="22"/>
          <w:szCs w:val="18"/>
        </w:rPr>
        <w:t xml:space="preserve"> Sikh </w:t>
      </w:r>
      <w:sdt>
        <w:sdtPr>
          <w:rPr>
            <w:rFonts w:ascii="Segoe UI Symbol" w:hAnsi="Segoe UI Symbol" w:cs="Segoe UI Symbol"/>
            <w:bCs/>
            <w:sz w:val="22"/>
            <w:szCs w:val="18"/>
          </w:rPr>
          <w:id w:val="-562957988"/>
          <w14:checkbox>
            <w14:checked w14:val="0"/>
            <w14:checkedState w14:val="2612" w14:font="MS Gothic"/>
            <w14:uncheckedState w14:val="2610" w14:font="MS Gothic"/>
          </w14:checkbox>
        </w:sdtPr>
        <w:sdtContent>
          <w:r>
            <w:rPr>
              <w:rFonts w:ascii="MS Gothic" w:eastAsia="MS Gothic" w:hAnsi="MS Gothic" w:cs="Segoe UI Symbol" w:hint="eastAsia"/>
              <w:bCs/>
              <w:sz w:val="22"/>
              <w:szCs w:val="18"/>
            </w:rPr>
            <w:t>☐</w:t>
          </w:r>
        </w:sdtContent>
      </w:sdt>
      <w:r w:rsidRPr="001123B3">
        <w:rPr>
          <w:rFonts w:ascii="Arial" w:hAnsi="Arial" w:cs="Arial"/>
          <w:bCs/>
          <w:sz w:val="22"/>
          <w:szCs w:val="18"/>
        </w:rPr>
        <w:t xml:space="preserve"> Any other religion or belief </w:t>
      </w:r>
      <w:sdt>
        <w:sdtPr>
          <w:rPr>
            <w:rFonts w:ascii="Segoe UI Symbol" w:hAnsi="Segoe UI Symbol" w:cs="Segoe UI Symbol"/>
            <w:bCs/>
            <w:sz w:val="22"/>
            <w:szCs w:val="18"/>
          </w:rPr>
          <w:id w:val="-851337052"/>
          <w14:checkbox>
            <w14:checked w14:val="0"/>
            <w14:checkedState w14:val="2612" w14:font="MS Gothic"/>
            <w14:uncheckedState w14:val="2610" w14:font="MS Gothic"/>
          </w14:checkbox>
        </w:sdtPr>
        <w:sdtContent>
          <w:r>
            <w:rPr>
              <w:rFonts w:ascii="MS Gothic" w:eastAsia="MS Gothic" w:hAnsi="MS Gothic" w:cs="Segoe UI Symbol" w:hint="eastAsia"/>
              <w:bCs/>
              <w:sz w:val="22"/>
              <w:szCs w:val="18"/>
            </w:rPr>
            <w:t>☐</w:t>
          </w:r>
        </w:sdtContent>
      </w:sdt>
      <w:r w:rsidRPr="001123B3">
        <w:rPr>
          <w:rFonts w:ascii="Arial" w:hAnsi="Arial" w:cs="Arial"/>
          <w:bCs/>
          <w:sz w:val="22"/>
          <w:szCs w:val="18"/>
        </w:rPr>
        <w:t xml:space="preserve"> Prefer to self-describe: </w:t>
      </w:r>
      <w:r>
        <w:rPr>
          <w:rFonts w:ascii="Arial" w:hAnsi="Arial" w:cs="Arial"/>
          <w:bCs/>
          <w:sz w:val="22"/>
          <w:szCs w:val="18"/>
        </w:rPr>
        <w:t xml:space="preserve">                                  </w:t>
      </w:r>
      <w:r>
        <w:rPr>
          <w:rFonts w:ascii="Arial" w:hAnsi="Arial" w:cs="Arial"/>
          <w:bCs/>
          <w:sz w:val="22"/>
          <w:szCs w:val="18"/>
        </w:rPr>
        <w:tab/>
      </w:r>
      <w:r>
        <w:rPr>
          <w:rFonts w:ascii="Arial" w:hAnsi="Arial" w:cs="Arial"/>
          <w:bCs/>
          <w:sz w:val="22"/>
          <w:szCs w:val="18"/>
        </w:rPr>
        <w:tab/>
        <w:t xml:space="preserve">      </w:t>
      </w:r>
      <w:r w:rsidRPr="001123B3">
        <w:rPr>
          <w:rFonts w:ascii="Segoe UI Symbol" w:hAnsi="Segoe UI Symbol" w:cs="Segoe UI Symbol"/>
          <w:bCs/>
          <w:sz w:val="22"/>
          <w:szCs w:val="18"/>
        </w:rPr>
        <w:t>☐</w:t>
      </w:r>
      <w:r w:rsidRPr="001123B3">
        <w:rPr>
          <w:rFonts w:ascii="Arial" w:hAnsi="Arial" w:cs="Arial"/>
          <w:bCs/>
          <w:sz w:val="22"/>
          <w:szCs w:val="18"/>
        </w:rPr>
        <w:t xml:space="preserve"> Prefer not to say</w:t>
      </w:r>
    </w:p>
    <w:p w14:paraId="4EDCFA6A" w14:textId="77777777" w:rsidR="00447B2E" w:rsidRPr="00FE0188" w:rsidRDefault="00447B2E" w:rsidP="00447B2E">
      <w:pPr>
        <w:spacing w:before="180" w:after="80"/>
        <w:rPr>
          <w:rFonts w:ascii="Arial" w:hAnsi="Arial" w:cs="Arial"/>
          <w:b/>
          <w:sz w:val="22"/>
          <w:szCs w:val="18"/>
        </w:rPr>
      </w:pPr>
      <w:r w:rsidRPr="00FE0188">
        <w:rPr>
          <w:rFonts w:ascii="Arial" w:hAnsi="Arial" w:cs="Arial"/>
          <w:b/>
          <w:sz w:val="22"/>
          <w:szCs w:val="18"/>
        </w:rPr>
        <w:t>Sexual orientation</w:t>
      </w:r>
    </w:p>
    <w:p w14:paraId="0E7FA222" w14:textId="77777777" w:rsidR="00447B2E" w:rsidRPr="001123B3" w:rsidRDefault="00000000" w:rsidP="00447B2E">
      <w:pPr>
        <w:spacing w:before="180" w:after="80"/>
        <w:rPr>
          <w:rFonts w:ascii="Arial" w:hAnsi="Arial" w:cs="Arial"/>
          <w:bCs/>
          <w:sz w:val="22"/>
          <w:szCs w:val="18"/>
        </w:rPr>
      </w:pPr>
      <w:sdt>
        <w:sdtPr>
          <w:rPr>
            <w:rFonts w:ascii="Segoe UI Symbol" w:hAnsi="Segoe UI Symbol" w:cs="Segoe UI Symbol"/>
            <w:bCs/>
            <w:sz w:val="22"/>
            <w:szCs w:val="18"/>
          </w:rPr>
          <w:id w:val="540416140"/>
          <w14:checkbox>
            <w14:checked w14:val="0"/>
            <w14:checkedState w14:val="2612" w14:font="MS Gothic"/>
            <w14:uncheckedState w14:val="2610" w14:font="MS Gothic"/>
          </w14:checkbox>
        </w:sdtPr>
        <w:sdtContent>
          <w:r w:rsidR="00447B2E">
            <w:rPr>
              <w:rFonts w:ascii="MS Gothic" w:eastAsia="MS Gothic" w:hAnsi="MS Gothic" w:cs="Segoe UI Symbol" w:hint="eastAsia"/>
              <w:bCs/>
              <w:sz w:val="22"/>
              <w:szCs w:val="18"/>
            </w:rPr>
            <w:t>☐</w:t>
          </w:r>
        </w:sdtContent>
      </w:sdt>
      <w:r w:rsidR="00447B2E" w:rsidRPr="001123B3">
        <w:rPr>
          <w:rFonts w:ascii="Arial" w:hAnsi="Arial" w:cs="Arial"/>
          <w:bCs/>
          <w:sz w:val="22"/>
          <w:szCs w:val="18"/>
        </w:rPr>
        <w:t xml:space="preserve"> Heterosexual / straight</w:t>
      </w:r>
      <w:r w:rsidR="00447B2E" w:rsidRPr="00FE0188">
        <w:rPr>
          <w:rFonts w:ascii="Segoe UI Symbol" w:hAnsi="Segoe UI Symbol" w:cs="Segoe UI Symbol"/>
          <w:bCs/>
          <w:sz w:val="22"/>
          <w:szCs w:val="18"/>
        </w:rPr>
        <w:t xml:space="preserve"> </w:t>
      </w:r>
      <w:sdt>
        <w:sdtPr>
          <w:rPr>
            <w:rFonts w:ascii="Segoe UI Symbol" w:hAnsi="Segoe UI Symbol" w:cs="Segoe UI Symbol"/>
            <w:bCs/>
            <w:sz w:val="22"/>
            <w:szCs w:val="18"/>
          </w:rPr>
          <w:id w:val="34481987"/>
          <w14:checkbox>
            <w14:checked w14:val="0"/>
            <w14:checkedState w14:val="2612" w14:font="MS Gothic"/>
            <w14:uncheckedState w14:val="2610" w14:font="MS Gothic"/>
          </w14:checkbox>
        </w:sdtPr>
        <w:sdtContent>
          <w:r w:rsidR="00447B2E">
            <w:rPr>
              <w:rFonts w:ascii="MS Gothic" w:eastAsia="MS Gothic" w:hAnsi="MS Gothic" w:cs="Segoe UI Symbol" w:hint="eastAsia"/>
              <w:bCs/>
              <w:sz w:val="22"/>
              <w:szCs w:val="18"/>
            </w:rPr>
            <w:t>☐</w:t>
          </w:r>
        </w:sdtContent>
      </w:sdt>
      <w:r w:rsidR="00447B2E" w:rsidRPr="001123B3">
        <w:rPr>
          <w:rFonts w:ascii="Arial" w:hAnsi="Arial" w:cs="Arial"/>
          <w:bCs/>
          <w:sz w:val="22"/>
          <w:szCs w:val="18"/>
        </w:rPr>
        <w:t xml:space="preserve"> Gay or lesbian </w:t>
      </w:r>
      <w:sdt>
        <w:sdtPr>
          <w:rPr>
            <w:rFonts w:ascii="Segoe UI Symbol" w:hAnsi="Segoe UI Symbol" w:cs="Segoe UI Symbol"/>
            <w:bCs/>
            <w:sz w:val="22"/>
            <w:szCs w:val="18"/>
          </w:rPr>
          <w:id w:val="-1959093696"/>
          <w14:checkbox>
            <w14:checked w14:val="0"/>
            <w14:checkedState w14:val="2612" w14:font="MS Gothic"/>
            <w14:uncheckedState w14:val="2610" w14:font="MS Gothic"/>
          </w14:checkbox>
        </w:sdtPr>
        <w:sdtContent>
          <w:r w:rsidR="00447B2E">
            <w:rPr>
              <w:rFonts w:ascii="MS Gothic" w:eastAsia="MS Gothic" w:hAnsi="MS Gothic" w:cs="Segoe UI Symbol" w:hint="eastAsia"/>
              <w:bCs/>
              <w:sz w:val="22"/>
              <w:szCs w:val="18"/>
            </w:rPr>
            <w:t>☐</w:t>
          </w:r>
        </w:sdtContent>
      </w:sdt>
      <w:r w:rsidR="00447B2E" w:rsidRPr="001123B3">
        <w:rPr>
          <w:rFonts w:ascii="Arial" w:hAnsi="Arial" w:cs="Arial"/>
          <w:bCs/>
          <w:sz w:val="22"/>
          <w:szCs w:val="18"/>
        </w:rPr>
        <w:t xml:space="preserve"> Bisexual</w:t>
      </w:r>
      <w:r w:rsidR="00447B2E" w:rsidRPr="00FE0188">
        <w:rPr>
          <w:rFonts w:ascii="Segoe UI Symbol" w:hAnsi="Segoe UI Symbol" w:cs="Segoe UI Symbol"/>
          <w:bCs/>
          <w:sz w:val="22"/>
          <w:szCs w:val="18"/>
        </w:rPr>
        <w:t xml:space="preserve"> </w:t>
      </w:r>
      <w:sdt>
        <w:sdtPr>
          <w:rPr>
            <w:rFonts w:ascii="Segoe UI Symbol" w:hAnsi="Segoe UI Symbol" w:cs="Segoe UI Symbol"/>
            <w:bCs/>
            <w:sz w:val="22"/>
            <w:szCs w:val="18"/>
          </w:rPr>
          <w:id w:val="-570660575"/>
          <w14:checkbox>
            <w14:checked w14:val="0"/>
            <w14:checkedState w14:val="2612" w14:font="MS Gothic"/>
            <w14:uncheckedState w14:val="2610" w14:font="MS Gothic"/>
          </w14:checkbox>
        </w:sdtPr>
        <w:sdtContent>
          <w:r w:rsidR="00447B2E">
            <w:rPr>
              <w:rFonts w:ascii="MS Gothic" w:eastAsia="MS Gothic" w:hAnsi="MS Gothic" w:cs="Segoe UI Symbol" w:hint="eastAsia"/>
              <w:bCs/>
              <w:sz w:val="22"/>
              <w:szCs w:val="18"/>
            </w:rPr>
            <w:t>☐</w:t>
          </w:r>
        </w:sdtContent>
      </w:sdt>
      <w:r w:rsidR="00447B2E" w:rsidRPr="001123B3">
        <w:rPr>
          <w:rFonts w:ascii="Arial" w:hAnsi="Arial" w:cs="Arial"/>
          <w:bCs/>
          <w:sz w:val="22"/>
          <w:szCs w:val="18"/>
        </w:rPr>
        <w:t xml:space="preserve"> Other sexual orientation</w:t>
      </w:r>
      <w:r w:rsidR="00447B2E" w:rsidRPr="00FE0188">
        <w:rPr>
          <w:rFonts w:ascii="Segoe UI Symbol" w:hAnsi="Segoe UI Symbol" w:cs="Segoe UI Symbol"/>
          <w:bCs/>
          <w:sz w:val="22"/>
          <w:szCs w:val="18"/>
        </w:rPr>
        <w:t xml:space="preserve"> </w:t>
      </w:r>
      <w:r w:rsidR="00447B2E" w:rsidRPr="001123B3">
        <w:rPr>
          <w:rFonts w:ascii="Segoe UI Symbol" w:hAnsi="Segoe UI Symbol" w:cs="Segoe UI Symbol"/>
          <w:bCs/>
          <w:sz w:val="22"/>
          <w:szCs w:val="18"/>
        </w:rPr>
        <w:t>☐</w:t>
      </w:r>
      <w:r w:rsidR="00447B2E" w:rsidRPr="001123B3">
        <w:rPr>
          <w:rFonts w:ascii="Arial" w:hAnsi="Arial" w:cs="Arial"/>
          <w:bCs/>
          <w:sz w:val="22"/>
          <w:szCs w:val="18"/>
        </w:rPr>
        <w:t xml:space="preserve"> Prefer not to say</w:t>
      </w:r>
    </w:p>
    <w:p w14:paraId="517B9BDC" w14:textId="77777777" w:rsidR="00447B2E" w:rsidRPr="00056E7C" w:rsidRDefault="00447B2E" w:rsidP="00447B2E">
      <w:pPr>
        <w:spacing w:before="180" w:after="80"/>
        <w:rPr>
          <w:rFonts w:ascii="Arial" w:hAnsi="Arial" w:cs="Arial"/>
          <w:bCs/>
          <w:i/>
          <w:iCs/>
          <w:sz w:val="22"/>
          <w:szCs w:val="18"/>
        </w:rPr>
      </w:pPr>
      <w:r w:rsidRPr="00056E7C">
        <w:rPr>
          <w:rFonts w:ascii="Arial" w:hAnsi="Arial" w:cs="Arial"/>
          <w:bCs/>
          <w:i/>
          <w:iCs/>
          <w:sz w:val="22"/>
          <w:szCs w:val="18"/>
        </w:rPr>
        <w:t xml:space="preserve">Please note: You are </w:t>
      </w:r>
      <w:r w:rsidRPr="00056E7C">
        <w:rPr>
          <w:rFonts w:ascii="Arial" w:hAnsi="Arial" w:cs="Arial"/>
          <w:b/>
          <w:i/>
          <w:iCs/>
          <w:sz w:val="22"/>
          <w:szCs w:val="18"/>
        </w:rPr>
        <w:t>not</w:t>
      </w:r>
      <w:r w:rsidRPr="00056E7C">
        <w:rPr>
          <w:rFonts w:ascii="Arial" w:hAnsi="Arial" w:cs="Arial"/>
          <w:bCs/>
          <w:i/>
          <w:iCs/>
          <w:sz w:val="22"/>
          <w:szCs w:val="18"/>
        </w:rPr>
        <w:t xml:space="preserve"> required to provide this information. It is collected to help Leonardo Carer Support monitor equality and diversity within its recruitment process and should not influence the outcome of your application.</w:t>
      </w:r>
    </w:p>
    <w:p w14:paraId="0E1738E4" w14:textId="77777777" w:rsidR="00447B2E" w:rsidRDefault="00447B2E" w:rsidP="00447B2E">
      <w:pPr>
        <w:spacing w:before="180" w:after="80"/>
        <w:rPr>
          <w:rFonts w:ascii="Arial" w:hAnsi="Arial" w:cs="Arial"/>
          <w:bCs/>
          <w:sz w:val="22"/>
          <w:szCs w:val="18"/>
        </w:rPr>
      </w:pPr>
    </w:p>
    <w:p w14:paraId="2BEE40DF" w14:textId="77777777" w:rsidR="00447B2E" w:rsidRDefault="00447B2E" w:rsidP="00447B2E">
      <w:pPr>
        <w:spacing w:before="180" w:after="80"/>
        <w:rPr>
          <w:rFonts w:ascii="Arial" w:hAnsi="Arial" w:cs="Arial"/>
          <w:bCs/>
          <w:sz w:val="22"/>
          <w:szCs w:val="18"/>
        </w:rPr>
      </w:pPr>
    </w:p>
    <w:p w14:paraId="6E3B6DC5" w14:textId="77777777" w:rsidR="00447B2E" w:rsidRDefault="00447B2E" w:rsidP="00447B2E">
      <w:pPr>
        <w:spacing w:before="180" w:after="80"/>
        <w:rPr>
          <w:rFonts w:ascii="Arial" w:hAnsi="Arial" w:cs="Arial"/>
          <w:bCs/>
          <w:sz w:val="22"/>
          <w:szCs w:val="18"/>
        </w:rPr>
      </w:pPr>
    </w:p>
    <w:p w14:paraId="78EF18B2" w14:textId="77777777" w:rsidR="00447B2E" w:rsidRDefault="00447B2E" w:rsidP="00447B2E">
      <w:pPr>
        <w:spacing w:before="180" w:after="80"/>
        <w:rPr>
          <w:rFonts w:ascii="Arial" w:hAnsi="Arial" w:cs="Arial"/>
          <w:bCs/>
          <w:sz w:val="22"/>
          <w:szCs w:val="18"/>
        </w:rPr>
      </w:pPr>
    </w:p>
    <w:p w14:paraId="079367DE" w14:textId="77777777" w:rsidR="00447B2E" w:rsidRDefault="00447B2E" w:rsidP="00447B2E">
      <w:pPr>
        <w:spacing w:before="180" w:after="80"/>
        <w:rPr>
          <w:rFonts w:ascii="Arial" w:hAnsi="Arial" w:cs="Arial"/>
          <w:bCs/>
          <w:sz w:val="22"/>
          <w:szCs w:val="18"/>
        </w:rPr>
      </w:pPr>
    </w:p>
    <w:p w14:paraId="08F39ACB" w14:textId="77777777" w:rsidR="00447B2E" w:rsidRDefault="00447B2E"/>
    <w:sectPr w:rsidR="00447B2E" w:rsidSect="00AD6B18">
      <w:footerReference w:type="default" r:id="rId12"/>
      <w:pgSz w:w="12240" w:h="15840"/>
      <w:pgMar w:top="864" w:right="936" w:bottom="864" w:left="936" w:header="567" w:footer="5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3AE061" w14:textId="77777777" w:rsidR="003E470F" w:rsidRPr="003A710D" w:rsidRDefault="003E470F">
      <w:pPr>
        <w:spacing w:after="0" w:line="240" w:lineRule="auto"/>
      </w:pPr>
      <w:r w:rsidRPr="003A710D">
        <w:separator/>
      </w:r>
    </w:p>
  </w:endnote>
  <w:endnote w:type="continuationSeparator" w:id="0">
    <w:p w14:paraId="7809D68C" w14:textId="77777777" w:rsidR="003E470F" w:rsidRPr="003A710D" w:rsidRDefault="003E470F">
      <w:pPr>
        <w:spacing w:after="0" w:line="240" w:lineRule="auto"/>
      </w:pPr>
      <w:r w:rsidRPr="003A710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1" w:csb1="00000000"/>
  </w:font>
  <w:font w:name="BalooBhaijaan">
    <w:altName w:val="Arial"/>
    <w:panose1 w:val="03080902040302020200"/>
    <w:charset w:val="00"/>
    <w:family w:val="script"/>
    <w:pitch w:val="variable"/>
    <w:sig w:usb0="A000207F" w:usb1="4000207B" w:usb2="00000000" w:usb3="00000000" w:csb0="000001D3"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2745685"/>
      <w:docPartObj>
        <w:docPartGallery w:val="Page Numbers (Bottom of Page)"/>
        <w:docPartUnique/>
      </w:docPartObj>
    </w:sdtPr>
    <w:sdtEndPr>
      <w:rPr>
        <w:noProof/>
      </w:rPr>
    </w:sdtEndPr>
    <w:sdtContent>
      <w:p w14:paraId="1FF32FD8" w14:textId="3411B235" w:rsidR="00AD6B18" w:rsidRDefault="00AD6B1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DE62654" w14:textId="346E5B03" w:rsidR="00D06CF4" w:rsidRPr="003A710D" w:rsidRDefault="00D06CF4">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7A46D6" w14:textId="77777777" w:rsidR="003E470F" w:rsidRPr="003A710D" w:rsidRDefault="003E470F">
      <w:pPr>
        <w:spacing w:after="0" w:line="240" w:lineRule="auto"/>
      </w:pPr>
      <w:r w:rsidRPr="003A710D">
        <w:separator/>
      </w:r>
    </w:p>
  </w:footnote>
  <w:footnote w:type="continuationSeparator" w:id="0">
    <w:p w14:paraId="7D9DA86F" w14:textId="77777777" w:rsidR="003E470F" w:rsidRPr="003A710D" w:rsidRDefault="003E470F">
      <w:pPr>
        <w:spacing w:after="0" w:line="240" w:lineRule="auto"/>
      </w:pPr>
      <w:r w:rsidRPr="003A710D">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BFC1A2A"/>
    <w:multiLevelType w:val="hybridMultilevel"/>
    <w:tmpl w:val="3DDA27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847867120">
    <w:abstractNumId w:val="8"/>
  </w:num>
  <w:num w:numId="2" w16cid:durableId="1740322708">
    <w:abstractNumId w:val="6"/>
  </w:num>
  <w:num w:numId="3" w16cid:durableId="1370835360">
    <w:abstractNumId w:val="5"/>
  </w:num>
  <w:num w:numId="4" w16cid:durableId="485320628">
    <w:abstractNumId w:val="4"/>
  </w:num>
  <w:num w:numId="5" w16cid:durableId="1811709837">
    <w:abstractNumId w:val="7"/>
  </w:num>
  <w:num w:numId="6" w16cid:durableId="1525360787">
    <w:abstractNumId w:val="3"/>
  </w:num>
  <w:num w:numId="7" w16cid:durableId="1124690626">
    <w:abstractNumId w:val="2"/>
  </w:num>
  <w:num w:numId="8" w16cid:durableId="355349571">
    <w:abstractNumId w:val="1"/>
  </w:num>
  <w:num w:numId="9" w16cid:durableId="1505170691">
    <w:abstractNumId w:val="0"/>
  </w:num>
  <w:num w:numId="10" w16cid:durableId="77714046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34FF3"/>
    <w:rsid w:val="00056E7C"/>
    <w:rsid w:val="0006063C"/>
    <w:rsid w:val="00063684"/>
    <w:rsid w:val="00070ABC"/>
    <w:rsid w:val="000710D9"/>
    <w:rsid w:val="000766D6"/>
    <w:rsid w:val="001123B3"/>
    <w:rsid w:val="00131797"/>
    <w:rsid w:val="00132B92"/>
    <w:rsid w:val="0015074B"/>
    <w:rsid w:val="001709A6"/>
    <w:rsid w:val="001975A5"/>
    <w:rsid w:val="001A413C"/>
    <w:rsid w:val="00227D95"/>
    <w:rsid w:val="0023461A"/>
    <w:rsid w:val="002749FD"/>
    <w:rsid w:val="0029639D"/>
    <w:rsid w:val="002D05B2"/>
    <w:rsid w:val="00326F90"/>
    <w:rsid w:val="00345FC0"/>
    <w:rsid w:val="00354EB7"/>
    <w:rsid w:val="00373746"/>
    <w:rsid w:val="003A710D"/>
    <w:rsid w:val="003D0820"/>
    <w:rsid w:val="003E470F"/>
    <w:rsid w:val="00406F3B"/>
    <w:rsid w:val="00447B2E"/>
    <w:rsid w:val="00492840"/>
    <w:rsid w:val="004C5B72"/>
    <w:rsid w:val="005408EE"/>
    <w:rsid w:val="00645B2C"/>
    <w:rsid w:val="00655B48"/>
    <w:rsid w:val="006663F2"/>
    <w:rsid w:val="006F6102"/>
    <w:rsid w:val="00714BC1"/>
    <w:rsid w:val="00775323"/>
    <w:rsid w:val="007C7278"/>
    <w:rsid w:val="007E74F9"/>
    <w:rsid w:val="00806832"/>
    <w:rsid w:val="008268A1"/>
    <w:rsid w:val="008C6710"/>
    <w:rsid w:val="008D7DA4"/>
    <w:rsid w:val="00930A7D"/>
    <w:rsid w:val="00970641"/>
    <w:rsid w:val="009B38CE"/>
    <w:rsid w:val="009B7A8F"/>
    <w:rsid w:val="009D0AD0"/>
    <w:rsid w:val="00A614DC"/>
    <w:rsid w:val="00A71373"/>
    <w:rsid w:val="00AA1D8D"/>
    <w:rsid w:val="00AA6C54"/>
    <w:rsid w:val="00AD0AEA"/>
    <w:rsid w:val="00AD6B18"/>
    <w:rsid w:val="00B032C0"/>
    <w:rsid w:val="00B14B97"/>
    <w:rsid w:val="00B42FA1"/>
    <w:rsid w:val="00B43661"/>
    <w:rsid w:val="00B47730"/>
    <w:rsid w:val="00B80C1F"/>
    <w:rsid w:val="00C40673"/>
    <w:rsid w:val="00C7491D"/>
    <w:rsid w:val="00C94515"/>
    <w:rsid w:val="00CB0664"/>
    <w:rsid w:val="00CB0948"/>
    <w:rsid w:val="00CE7A9B"/>
    <w:rsid w:val="00D06CF4"/>
    <w:rsid w:val="00D1105B"/>
    <w:rsid w:val="00D42B54"/>
    <w:rsid w:val="00D43D52"/>
    <w:rsid w:val="00DA01B9"/>
    <w:rsid w:val="00DA4E62"/>
    <w:rsid w:val="00DB2A32"/>
    <w:rsid w:val="00DC5222"/>
    <w:rsid w:val="00DF36C5"/>
    <w:rsid w:val="00E22182"/>
    <w:rsid w:val="00E228DB"/>
    <w:rsid w:val="00E3588F"/>
    <w:rsid w:val="00E451A5"/>
    <w:rsid w:val="00E83C45"/>
    <w:rsid w:val="00E85342"/>
    <w:rsid w:val="00EA06D3"/>
    <w:rsid w:val="00EC7E42"/>
    <w:rsid w:val="00EF77F5"/>
    <w:rsid w:val="00F0746D"/>
    <w:rsid w:val="00F2124B"/>
    <w:rsid w:val="00F519B3"/>
    <w:rsid w:val="00F71246"/>
    <w:rsid w:val="00F87503"/>
    <w:rsid w:val="00F93461"/>
    <w:rsid w:val="00FA1C5F"/>
    <w:rsid w:val="00FC693F"/>
    <w:rsid w:val="00FC79E8"/>
    <w:rsid w:val="00FE018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83666E7"/>
  <w14:defaultImageDpi w14:val="300"/>
  <w15:docId w15:val="{77E21B20-70BA-482F-BFF4-AE3B582DE7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51A5"/>
    <w:rPr>
      <w:rFonts w:ascii="Aptos" w:hAnsi="Aptos"/>
      <w:sz w:val="20"/>
      <w:lang w:val="en-GB"/>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21266E"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2C3493"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2C3493"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2C3493"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161949"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161949"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2C3493"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21266E"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2C3493"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2C3493" w:themeColor="accent1"/>
    </w:rPr>
  </w:style>
  <w:style w:type="paragraph" w:styleId="Title">
    <w:name w:val="Title"/>
    <w:basedOn w:val="Normal"/>
    <w:next w:val="Normal"/>
    <w:link w:val="TitleChar"/>
    <w:uiPriority w:val="10"/>
    <w:qFormat/>
    <w:rsid w:val="00FC693F"/>
    <w:pPr>
      <w:pBdr>
        <w:bottom w:val="single" w:sz="8" w:space="4" w:color="2C3493" w:themeColor="accent1"/>
      </w:pBdr>
      <w:spacing w:after="300" w:line="240" w:lineRule="auto"/>
      <w:contextualSpacing/>
    </w:pPr>
    <w:rPr>
      <w:rFonts w:asciiTheme="majorHAnsi" w:eastAsiaTheme="majorEastAsia" w:hAnsiTheme="majorHAnsi" w:cstheme="majorBidi"/>
      <w:color w:val="373D79"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373D79"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2C3493"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2C3493"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2C3493"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161949"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161949"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2C3493"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2C3493"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2C3493" w:themeColor="accent1"/>
      </w:pBdr>
      <w:spacing w:before="200" w:after="280"/>
      <w:ind w:left="936" w:right="936"/>
    </w:pPr>
    <w:rPr>
      <w:b/>
      <w:bCs/>
      <w:i/>
      <w:iCs/>
      <w:color w:val="2C3493" w:themeColor="accent1"/>
    </w:rPr>
  </w:style>
  <w:style w:type="character" w:customStyle="1" w:styleId="IntenseQuoteChar">
    <w:name w:val="Intense Quote Char"/>
    <w:basedOn w:val="DefaultParagraphFont"/>
    <w:link w:val="IntenseQuote"/>
    <w:uiPriority w:val="30"/>
    <w:rsid w:val="00FC693F"/>
    <w:rPr>
      <w:b/>
      <w:bCs/>
      <w:i/>
      <w:iCs/>
      <w:color w:val="2C3493"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2C3493" w:themeColor="accent1"/>
    </w:rPr>
  </w:style>
  <w:style w:type="character" w:styleId="SubtleReference">
    <w:name w:val="Subtle Reference"/>
    <w:basedOn w:val="DefaultParagraphFont"/>
    <w:uiPriority w:val="31"/>
    <w:qFormat/>
    <w:rsid w:val="00FC693F"/>
    <w:rPr>
      <w:smallCaps/>
      <w:color w:val="7AAE42" w:themeColor="accent2"/>
      <w:u w:val="single"/>
    </w:rPr>
  </w:style>
  <w:style w:type="character" w:styleId="IntenseReference">
    <w:name w:val="Intense Reference"/>
    <w:basedOn w:val="DefaultParagraphFont"/>
    <w:uiPriority w:val="32"/>
    <w:qFormat/>
    <w:rsid w:val="00FC693F"/>
    <w:rPr>
      <w:b/>
      <w:bCs/>
      <w:smallCaps/>
      <w:color w:val="7AAE42"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1266E" w:themeColor="accent1" w:themeShade="BF"/>
    </w:rPr>
    <w:tblPr>
      <w:tblStyleRowBandSize w:val="1"/>
      <w:tblStyleColBandSize w:val="1"/>
      <w:tblBorders>
        <w:top w:val="single" w:sz="8" w:space="0" w:color="2C3493" w:themeColor="accent1"/>
        <w:bottom w:val="single" w:sz="8" w:space="0" w:color="2C3493" w:themeColor="accent1"/>
      </w:tblBorders>
    </w:tblPr>
    <w:tblStylePr w:type="firstRow">
      <w:pPr>
        <w:spacing w:before="0" w:after="0" w:line="240" w:lineRule="auto"/>
      </w:pPr>
      <w:rPr>
        <w:b/>
        <w:bCs/>
      </w:rPr>
      <w:tblPr/>
      <w:tcPr>
        <w:tcBorders>
          <w:top w:val="single" w:sz="8" w:space="0" w:color="2C3493" w:themeColor="accent1"/>
          <w:left w:val="nil"/>
          <w:bottom w:val="single" w:sz="8" w:space="0" w:color="2C3493" w:themeColor="accent1"/>
          <w:right w:val="nil"/>
          <w:insideH w:val="nil"/>
          <w:insideV w:val="nil"/>
        </w:tcBorders>
      </w:tcPr>
    </w:tblStylePr>
    <w:tblStylePr w:type="lastRow">
      <w:pPr>
        <w:spacing w:before="0" w:after="0" w:line="240" w:lineRule="auto"/>
      </w:pPr>
      <w:rPr>
        <w:b/>
        <w:bCs/>
      </w:rPr>
      <w:tblPr/>
      <w:tcPr>
        <w:tcBorders>
          <w:top w:val="single" w:sz="8" w:space="0" w:color="2C3493" w:themeColor="accent1"/>
          <w:left w:val="nil"/>
          <w:bottom w:val="single" w:sz="8" w:space="0" w:color="2C3493"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2C5EC" w:themeFill="accent1" w:themeFillTint="3F"/>
      </w:tcPr>
    </w:tblStylePr>
    <w:tblStylePr w:type="band1Horz">
      <w:tblPr/>
      <w:tcPr>
        <w:tcBorders>
          <w:left w:val="nil"/>
          <w:right w:val="nil"/>
          <w:insideH w:val="nil"/>
          <w:insideV w:val="nil"/>
        </w:tcBorders>
        <w:shd w:val="clear" w:color="auto" w:fill="C2C5EC" w:themeFill="accent1" w:themeFillTint="3F"/>
      </w:tcPr>
    </w:tblStylePr>
  </w:style>
  <w:style w:type="table" w:styleId="LightShading-Accent2">
    <w:name w:val="Light Shading Accent 2"/>
    <w:basedOn w:val="TableNormal"/>
    <w:uiPriority w:val="60"/>
    <w:rsid w:val="00FC693F"/>
    <w:pPr>
      <w:spacing w:after="0" w:line="240" w:lineRule="auto"/>
    </w:pPr>
    <w:rPr>
      <w:color w:val="5B8231" w:themeColor="accent2" w:themeShade="BF"/>
    </w:rPr>
    <w:tblPr>
      <w:tblStyleRowBandSize w:val="1"/>
      <w:tblStyleColBandSize w:val="1"/>
      <w:tblBorders>
        <w:top w:val="single" w:sz="8" w:space="0" w:color="7AAE42" w:themeColor="accent2"/>
        <w:bottom w:val="single" w:sz="8" w:space="0" w:color="7AAE42" w:themeColor="accent2"/>
      </w:tblBorders>
    </w:tblPr>
    <w:tblStylePr w:type="firstRow">
      <w:pPr>
        <w:spacing w:before="0" w:after="0" w:line="240" w:lineRule="auto"/>
      </w:pPr>
      <w:rPr>
        <w:b/>
        <w:bCs/>
      </w:rPr>
      <w:tblPr/>
      <w:tcPr>
        <w:tcBorders>
          <w:top w:val="single" w:sz="8" w:space="0" w:color="7AAE42" w:themeColor="accent2"/>
          <w:left w:val="nil"/>
          <w:bottom w:val="single" w:sz="8" w:space="0" w:color="7AAE42" w:themeColor="accent2"/>
          <w:right w:val="nil"/>
          <w:insideH w:val="nil"/>
          <w:insideV w:val="nil"/>
        </w:tcBorders>
      </w:tcPr>
    </w:tblStylePr>
    <w:tblStylePr w:type="lastRow">
      <w:pPr>
        <w:spacing w:before="0" w:after="0" w:line="240" w:lineRule="auto"/>
      </w:pPr>
      <w:rPr>
        <w:b/>
        <w:bCs/>
      </w:rPr>
      <w:tblPr/>
      <w:tcPr>
        <w:tcBorders>
          <w:top w:val="single" w:sz="8" w:space="0" w:color="7AAE42" w:themeColor="accent2"/>
          <w:left w:val="nil"/>
          <w:bottom w:val="single" w:sz="8" w:space="0" w:color="7AAE4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EECCE" w:themeFill="accent2" w:themeFillTint="3F"/>
      </w:tcPr>
    </w:tblStylePr>
    <w:tblStylePr w:type="band1Horz">
      <w:tblPr/>
      <w:tcPr>
        <w:tcBorders>
          <w:left w:val="nil"/>
          <w:right w:val="nil"/>
          <w:insideH w:val="nil"/>
          <w:insideV w:val="nil"/>
        </w:tcBorders>
        <w:shd w:val="clear" w:color="auto" w:fill="DEECCE" w:themeFill="accent2" w:themeFillTint="3F"/>
      </w:tcPr>
    </w:tblStylePr>
  </w:style>
  <w:style w:type="table" w:styleId="LightShading-Accent3">
    <w:name w:val="Light Shading Accent 3"/>
    <w:basedOn w:val="TableNormal"/>
    <w:uiPriority w:val="60"/>
    <w:rsid w:val="00FC693F"/>
    <w:pPr>
      <w:spacing w:after="0" w:line="240" w:lineRule="auto"/>
    </w:pPr>
    <w:rPr>
      <w:color w:val="C9520A" w:themeColor="accent3" w:themeShade="BF"/>
    </w:rPr>
    <w:tblPr>
      <w:tblStyleRowBandSize w:val="1"/>
      <w:tblStyleColBandSize w:val="1"/>
      <w:tblBorders>
        <w:top w:val="single" w:sz="8" w:space="0" w:color="F47527" w:themeColor="accent3"/>
        <w:bottom w:val="single" w:sz="8" w:space="0" w:color="F47527" w:themeColor="accent3"/>
      </w:tblBorders>
    </w:tblPr>
    <w:tblStylePr w:type="firstRow">
      <w:pPr>
        <w:spacing w:before="0" w:after="0" w:line="240" w:lineRule="auto"/>
      </w:pPr>
      <w:rPr>
        <w:b/>
        <w:bCs/>
      </w:rPr>
      <w:tblPr/>
      <w:tcPr>
        <w:tcBorders>
          <w:top w:val="single" w:sz="8" w:space="0" w:color="F47527" w:themeColor="accent3"/>
          <w:left w:val="nil"/>
          <w:bottom w:val="single" w:sz="8" w:space="0" w:color="F47527" w:themeColor="accent3"/>
          <w:right w:val="nil"/>
          <w:insideH w:val="nil"/>
          <w:insideV w:val="nil"/>
        </w:tcBorders>
      </w:tcPr>
    </w:tblStylePr>
    <w:tblStylePr w:type="lastRow">
      <w:pPr>
        <w:spacing w:before="0" w:after="0" w:line="240" w:lineRule="auto"/>
      </w:pPr>
      <w:rPr>
        <w:b/>
        <w:bCs/>
      </w:rPr>
      <w:tblPr/>
      <w:tcPr>
        <w:tcBorders>
          <w:top w:val="single" w:sz="8" w:space="0" w:color="F47527" w:themeColor="accent3"/>
          <w:left w:val="nil"/>
          <w:bottom w:val="single" w:sz="8" w:space="0" w:color="F47527"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DCC9" w:themeFill="accent3" w:themeFillTint="3F"/>
      </w:tcPr>
    </w:tblStylePr>
    <w:tblStylePr w:type="band1Horz">
      <w:tblPr/>
      <w:tcPr>
        <w:tcBorders>
          <w:left w:val="nil"/>
          <w:right w:val="nil"/>
          <w:insideH w:val="nil"/>
          <w:insideV w:val="nil"/>
        </w:tcBorders>
        <w:shd w:val="clear" w:color="auto" w:fill="FCDCC9" w:themeFill="accent3" w:themeFillTint="3F"/>
      </w:tcPr>
    </w:tblStylePr>
  </w:style>
  <w:style w:type="table" w:styleId="LightShading-Accent4">
    <w:name w:val="Light Shading Accent 4"/>
    <w:basedOn w:val="TableNormal"/>
    <w:uiPriority w:val="60"/>
    <w:rsid w:val="00FC693F"/>
    <w:pPr>
      <w:spacing w:after="0" w:line="240" w:lineRule="auto"/>
    </w:pPr>
    <w:rPr>
      <w:color w:val="C09F00" w:themeColor="accent4" w:themeShade="BF"/>
    </w:rPr>
    <w:tblPr>
      <w:tblStyleRowBandSize w:val="1"/>
      <w:tblStyleColBandSize w:val="1"/>
      <w:tblBorders>
        <w:top w:val="single" w:sz="8" w:space="0" w:color="FED304" w:themeColor="accent4"/>
        <w:bottom w:val="single" w:sz="8" w:space="0" w:color="FED304" w:themeColor="accent4"/>
      </w:tblBorders>
    </w:tblPr>
    <w:tblStylePr w:type="firstRow">
      <w:pPr>
        <w:spacing w:before="0" w:after="0" w:line="240" w:lineRule="auto"/>
      </w:pPr>
      <w:rPr>
        <w:b/>
        <w:bCs/>
      </w:rPr>
      <w:tblPr/>
      <w:tcPr>
        <w:tcBorders>
          <w:top w:val="single" w:sz="8" w:space="0" w:color="FED304" w:themeColor="accent4"/>
          <w:left w:val="nil"/>
          <w:bottom w:val="single" w:sz="8" w:space="0" w:color="FED304" w:themeColor="accent4"/>
          <w:right w:val="nil"/>
          <w:insideH w:val="nil"/>
          <w:insideV w:val="nil"/>
        </w:tcBorders>
      </w:tcPr>
    </w:tblStylePr>
    <w:tblStylePr w:type="lastRow">
      <w:pPr>
        <w:spacing w:before="0" w:after="0" w:line="240" w:lineRule="auto"/>
      </w:pPr>
      <w:rPr>
        <w:b/>
        <w:bCs/>
      </w:rPr>
      <w:tblPr/>
      <w:tcPr>
        <w:tcBorders>
          <w:top w:val="single" w:sz="8" w:space="0" w:color="FED304" w:themeColor="accent4"/>
          <w:left w:val="nil"/>
          <w:bottom w:val="single" w:sz="8" w:space="0" w:color="FED304"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EF4C0" w:themeFill="accent4" w:themeFillTint="3F"/>
      </w:tcPr>
    </w:tblStylePr>
    <w:tblStylePr w:type="band1Horz">
      <w:tblPr/>
      <w:tcPr>
        <w:tcBorders>
          <w:left w:val="nil"/>
          <w:right w:val="nil"/>
          <w:insideH w:val="nil"/>
          <w:insideV w:val="nil"/>
        </w:tcBorders>
        <w:shd w:val="clear" w:color="auto" w:fill="FEF4C0" w:themeFill="accent4" w:themeFillTint="3F"/>
      </w:tcPr>
    </w:tblStylePr>
  </w:style>
  <w:style w:type="table" w:styleId="LightShading-Accent5">
    <w:name w:val="Light Shading Accent 5"/>
    <w:basedOn w:val="TableNormal"/>
    <w:uiPriority w:val="60"/>
    <w:rsid w:val="00FC693F"/>
    <w:pPr>
      <w:spacing w:after="0" w:line="240" w:lineRule="auto"/>
    </w:pPr>
    <w:rPr>
      <w:color w:val="A7133E" w:themeColor="accent5" w:themeShade="BF"/>
    </w:rPr>
    <w:tblPr>
      <w:tblStyleRowBandSize w:val="1"/>
      <w:tblStyleColBandSize w:val="1"/>
      <w:tblBorders>
        <w:top w:val="single" w:sz="8" w:space="0" w:color="E01A54" w:themeColor="accent5"/>
        <w:bottom w:val="single" w:sz="8" w:space="0" w:color="E01A54" w:themeColor="accent5"/>
      </w:tblBorders>
    </w:tblPr>
    <w:tblStylePr w:type="firstRow">
      <w:pPr>
        <w:spacing w:before="0" w:after="0" w:line="240" w:lineRule="auto"/>
      </w:pPr>
      <w:rPr>
        <w:b/>
        <w:bCs/>
      </w:rPr>
      <w:tblPr/>
      <w:tcPr>
        <w:tcBorders>
          <w:top w:val="single" w:sz="8" w:space="0" w:color="E01A54" w:themeColor="accent5"/>
          <w:left w:val="nil"/>
          <w:bottom w:val="single" w:sz="8" w:space="0" w:color="E01A54" w:themeColor="accent5"/>
          <w:right w:val="nil"/>
          <w:insideH w:val="nil"/>
          <w:insideV w:val="nil"/>
        </w:tcBorders>
      </w:tcPr>
    </w:tblStylePr>
    <w:tblStylePr w:type="lastRow">
      <w:pPr>
        <w:spacing w:before="0" w:after="0" w:line="240" w:lineRule="auto"/>
      </w:pPr>
      <w:rPr>
        <w:b/>
        <w:bCs/>
      </w:rPr>
      <w:tblPr/>
      <w:tcPr>
        <w:tcBorders>
          <w:top w:val="single" w:sz="8" w:space="0" w:color="E01A54" w:themeColor="accent5"/>
          <w:left w:val="nil"/>
          <w:bottom w:val="single" w:sz="8" w:space="0" w:color="E01A5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C5D4" w:themeFill="accent5" w:themeFillTint="3F"/>
      </w:tcPr>
    </w:tblStylePr>
    <w:tblStylePr w:type="band1Horz">
      <w:tblPr/>
      <w:tcPr>
        <w:tcBorders>
          <w:left w:val="nil"/>
          <w:right w:val="nil"/>
          <w:insideH w:val="nil"/>
          <w:insideV w:val="nil"/>
        </w:tcBorders>
        <w:shd w:val="clear" w:color="auto" w:fill="F8C5D4" w:themeFill="accent5" w:themeFillTint="3F"/>
      </w:tcPr>
    </w:tblStylePr>
  </w:style>
  <w:style w:type="table" w:styleId="LightShading-Accent6">
    <w:name w:val="Light Shading Accent 6"/>
    <w:basedOn w:val="TableNormal"/>
    <w:uiPriority w:val="60"/>
    <w:rsid w:val="00FC693F"/>
    <w:pPr>
      <w:spacing w:after="0" w:line="240" w:lineRule="auto"/>
    </w:pPr>
    <w:rPr>
      <w:color w:val="993578" w:themeColor="accent6" w:themeShade="BF"/>
    </w:rPr>
    <w:tblPr>
      <w:tblStyleRowBandSize w:val="1"/>
      <w:tblStyleColBandSize w:val="1"/>
      <w:tblBorders>
        <w:top w:val="single" w:sz="8" w:space="0" w:color="C3529E" w:themeColor="accent6"/>
        <w:bottom w:val="single" w:sz="8" w:space="0" w:color="C3529E" w:themeColor="accent6"/>
      </w:tblBorders>
    </w:tblPr>
    <w:tblStylePr w:type="firstRow">
      <w:pPr>
        <w:spacing w:before="0" w:after="0" w:line="240" w:lineRule="auto"/>
      </w:pPr>
      <w:rPr>
        <w:b/>
        <w:bCs/>
      </w:rPr>
      <w:tblPr/>
      <w:tcPr>
        <w:tcBorders>
          <w:top w:val="single" w:sz="8" w:space="0" w:color="C3529E" w:themeColor="accent6"/>
          <w:left w:val="nil"/>
          <w:bottom w:val="single" w:sz="8" w:space="0" w:color="C3529E" w:themeColor="accent6"/>
          <w:right w:val="nil"/>
          <w:insideH w:val="nil"/>
          <w:insideV w:val="nil"/>
        </w:tcBorders>
      </w:tcPr>
    </w:tblStylePr>
    <w:tblStylePr w:type="lastRow">
      <w:pPr>
        <w:spacing w:before="0" w:after="0" w:line="240" w:lineRule="auto"/>
      </w:pPr>
      <w:rPr>
        <w:b/>
        <w:bCs/>
      </w:rPr>
      <w:tblPr/>
      <w:tcPr>
        <w:tcBorders>
          <w:top w:val="single" w:sz="8" w:space="0" w:color="C3529E" w:themeColor="accent6"/>
          <w:left w:val="nil"/>
          <w:bottom w:val="single" w:sz="8" w:space="0" w:color="C3529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0D4E6" w:themeFill="accent6" w:themeFillTint="3F"/>
      </w:tcPr>
    </w:tblStylePr>
    <w:tblStylePr w:type="band1Horz">
      <w:tblPr/>
      <w:tcPr>
        <w:tcBorders>
          <w:left w:val="nil"/>
          <w:right w:val="nil"/>
          <w:insideH w:val="nil"/>
          <w:insideV w:val="nil"/>
        </w:tcBorders>
        <w:shd w:val="clear" w:color="auto" w:fill="F0D4E6"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2C3493" w:themeColor="accent1"/>
        <w:left w:val="single" w:sz="8" w:space="0" w:color="2C3493" w:themeColor="accent1"/>
        <w:bottom w:val="single" w:sz="8" w:space="0" w:color="2C3493" w:themeColor="accent1"/>
        <w:right w:val="single" w:sz="8" w:space="0" w:color="2C3493" w:themeColor="accent1"/>
      </w:tblBorders>
    </w:tblPr>
    <w:tblStylePr w:type="firstRow">
      <w:pPr>
        <w:spacing w:before="0" w:after="0" w:line="240" w:lineRule="auto"/>
      </w:pPr>
      <w:rPr>
        <w:b/>
        <w:bCs/>
        <w:color w:val="FFFFFF" w:themeColor="background1"/>
      </w:rPr>
      <w:tblPr/>
      <w:tcPr>
        <w:shd w:val="clear" w:color="auto" w:fill="2C3493" w:themeFill="accent1"/>
      </w:tcPr>
    </w:tblStylePr>
    <w:tblStylePr w:type="lastRow">
      <w:pPr>
        <w:spacing w:before="0" w:after="0" w:line="240" w:lineRule="auto"/>
      </w:pPr>
      <w:rPr>
        <w:b/>
        <w:bCs/>
      </w:rPr>
      <w:tblPr/>
      <w:tcPr>
        <w:tcBorders>
          <w:top w:val="double" w:sz="6" w:space="0" w:color="2C3493" w:themeColor="accent1"/>
          <w:left w:val="single" w:sz="8" w:space="0" w:color="2C3493" w:themeColor="accent1"/>
          <w:bottom w:val="single" w:sz="8" w:space="0" w:color="2C3493" w:themeColor="accent1"/>
          <w:right w:val="single" w:sz="8" w:space="0" w:color="2C3493" w:themeColor="accent1"/>
        </w:tcBorders>
      </w:tcPr>
    </w:tblStylePr>
    <w:tblStylePr w:type="firstCol">
      <w:rPr>
        <w:b/>
        <w:bCs/>
      </w:rPr>
    </w:tblStylePr>
    <w:tblStylePr w:type="lastCol">
      <w:rPr>
        <w:b/>
        <w:bCs/>
      </w:rPr>
    </w:tblStylePr>
    <w:tblStylePr w:type="band1Vert">
      <w:tblPr/>
      <w:tcPr>
        <w:tcBorders>
          <w:top w:val="single" w:sz="8" w:space="0" w:color="2C3493" w:themeColor="accent1"/>
          <w:left w:val="single" w:sz="8" w:space="0" w:color="2C3493" w:themeColor="accent1"/>
          <w:bottom w:val="single" w:sz="8" w:space="0" w:color="2C3493" w:themeColor="accent1"/>
          <w:right w:val="single" w:sz="8" w:space="0" w:color="2C3493" w:themeColor="accent1"/>
        </w:tcBorders>
      </w:tcPr>
    </w:tblStylePr>
    <w:tblStylePr w:type="band1Horz">
      <w:tblPr/>
      <w:tcPr>
        <w:tcBorders>
          <w:top w:val="single" w:sz="8" w:space="0" w:color="2C3493" w:themeColor="accent1"/>
          <w:left w:val="single" w:sz="8" w:space="0" w:color="2C3493" w:themeColor="accent1"/>
          <w:bottom w:val="single" w:sz="8" w:space="0" w:color="2C3493" w:themeColor="accent1"/>
          <w:right w:val="single" w:sz="8" w:space="0" w:color="2C3493"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7AAE42" w:themeColor="accent2"/>
        <w:left w:val="single" w:sz="8" w:space="0" w:color="7AAE42" w:themeColor="accent2"/>
        <w:bottom w:val="single" w:sz="8" w:space="0" w:color="7AAE42" w:themeColor="accent2"/>
        <w:right w:val="single" w:sz="8" w:space="0" w:color="7AAE42" w:themeColor="accent2"/>
      </w:tblBorders>
    </w:tblPr>
    <w:tblStylePr w:type="firstRow">
      <w:pPr>
        <w:spacing w:before="0" w:after="0" w:line="240" w:lineRule="auto"/>
      </w:pPr>
      <w:rPr>
        <w:b/>
        <w:bCs/>
        <w:color w:val="FFFFFF" w:themeColor="background1"/>
      </w:rPr>
      <w:tblPr/>
      <w:tcPr>
        <w:shd w:val="clear" w:color="auto" w:fill="7AAE42" w:themeFill="accent2"/>
      </w:tcPr>
    </w:tblStylePr>
    <w:tblStylePr w:type="lastRow">
      <w:pPr>
        <w:spacing w:before="0" w:after="0" w:line="240" w:lineRule="auto"/>
      </w:pPr>
      <w:rPr>
        <w:b/>
        <w:bCs/>
      </w:rPr>
      <w:tblPr/>
      <w:tcPr>
        <w:tcBorders>
          <w:top w:val="double" w:sz="6" w:space="0" w:color="7AAE42" w:themeColor="accent2"/>
          <w:left w:val="single" w:sz="8" w:space="0" w:color="7AAE42" w:themeColor="accent2"/>
          <w:bottom w:val="single" w:sz="8" w:space="0" w:color="7AAE42" w:themeColor="accent2"/>
          <w:right w:val="single" w:sz="8" w:space="0" w:color="7AAE42" w:themeColor="accent2"/>
        </w:tcBorders>
      </w:tcPr>
    </w:tblStylePr>
    <w:tblStylePr w:type="firstCol">
      <w:rPr>
        <w:b/>
        <w:bCs/>
      </w:rPr>
    </w:tblStylePr>
    <w:tblStylePr w:type="lastCol">
      <w:rPr>
        <w:b/>
        <w:bCs/>
      </w:rPr>
    </w:tblStylePr>
    <w:tblStylePr w:type="band1Vert">
      <w:tblPr/>
      <w:tcPr>
        <w:tcBorders>
          <w:top w:val="single" w:sz="8" w:space="0" w:color="7AAE42" w:themeColor="accent2"/>
          <w:left w:val="single" w:sz="8" w:space="0" w:color="7AAE42" w:themeColor="accent2"/>
          <w:bottom w:val="single" w:sz="8" w:space="0" w:color="7AAE42" w:themeColor="accent2"/>
          <w:right w:val="single" w:sz="8" w:space="0" w:color="7AAE42" w:themeColor="accent2"/>
        </w:tcBorders>
      </w:tcPr>
    </w:tblStylePr>
    <w:tblStylePr w:type="band1Horz">
      <w:tblPr/>
      <w:tcPr>
        <w:tcBorders>
          <w:top w:val="single" w:sz="8" w:space="0" w:color="7AAE42" w:themeColor="accent2"/>
          <w:left w:val="single" w:sz="8" w:space="0" w:color="7AAE42" w:themeColor="accent2"/>
          <w:bottom w:val="single" w:sz="8" w:space="0" w:color="7AAE42" w:themeColor="accent2"/>
          <w:right w:val="single" w:sz="8" w:space="0" w:color="7AAE4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F47527" w:themeColor="accent3"/>
        <w:left w:val="single" w:sz="8" w:space="0" w:color="F47527" w:themeColor="accent3"/>
        <w:bottom w:val="single" w:sz="8" w:space="0" w:color="F47527" w:themeColor="accent3"/>
        <w:right w:val="single" w:sz="8" w:space="0" w:color="F47527" w:themeColor="accent3"/>
      </w:tblBorders>
    </w:tblPr>
    <w:tblStylePr w:type="firstRow">
      <w:pPr>
        <w:spacing w:before="0" w:after="0" w:line="240" w:lineRule="auto"/>
      </w:pPr>
      <w:rPr>
        <w:b/>
        <w:bCs/>
        <w:color w:val="FFFFFF" w:themeColor="background1"/>
      </w:rPr>
      <w:tblPr/>
      <w:tcPr>
        <w:shd w:val="clear" w:color="auto" w:fill="F47527" w:themeFill="accent3"/>
      </w:tcPr>
    </w:tblStylePr>
    <w:tblStylePr w:type="lastRow">
      <w:pPr>
        <w:spacing w:before="0" w:after="0" w:line="240" w:lineRule="auto"/>
      </w:pPr>
      <w:rPr>
        <w:b/>
        <w:bCs/>
      </w:rPr>
      <w:tblPr/>
      <w:tcPr>
        <w:tcBorders>
          <w:top w:val="double" w:sz="6" w:space="0" w:color="F47527" w:themeColor="accent3"/>
          <w:left w:val="single" w:sz="8" w:space="0" w:color="F47527" w:themeColor="accent3"/>
          <w:bottom w:val="single" w:sz="8" w:space="0" w:color="F47527" w:themeColor="accent3"/>
          <w:right w:val="single" w:sz="8" w:space="0" w:color="F47527" w:themeColor="accent3"/>
        </w:tcBorders>
      </w:tcPr>
    </w:tblStylePr>
    <w:tblStylePr w:type="firstCol">
      <w:rPr>
        <w:b/>
        <w:bCs/>
      </w:rPr>
    </w:tblStylePr>
    <w:tblStylePr w:type="lastCol">
      <w:rPr>
        <w:b/>
        <w:bCs/>
      </w:rPr>
    </w:tblStylePr>
    <w:tblStylePr w:type="band1Vert">
      <w:tblPr/>
      <w:tcPr>
        <w:tcBorders>
          <w:top w:val="single" w:sz="8" w:space="0" w:color="F47527" w:themeColor="accent3"/>
          <w:left w:val="single" w:sz="8" w:space="0" w:color="F47527" w:themeColor="accent3"/>
          <w:bottom w:val="single" w:sz="8" w:space="0" w:color="F47527" w:themeColor="accent3"/>
          <w:right w:val="single" w:sz="8" w:space="0" w:color="F47527" w:themeColor="accent3"/>
        </w:tcBorders>
      </w:tcPr>
    </w:tblStylePr>
    <w:tblStylePr w:type="band1Horz">
      <w:tblPr/>
      <w:tcPr>
        <w:tcBorders>
          <w:top w:val="single" w:sz="8" w:space="0" w:color="F47527" w:themeColor="accent3"/>
          <w:left w:val="single" w:sz="8" w:space="0" w:color="F47527" w:themeColor="accent3"/>
          <w:bottom w:val="single" w:sz="8" w:space="0" w:color="F47527" w:themeColor="accent3"/>
          <w:right w:val="single" w:sz="8" w:space="0" w:color="F47527"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ED304" w:themeColor="accent4"/>
        <w:left w:val="single" w:sz="8" w:space="0" w:color="FED304" w:themeColor="accent4"/>
        <w:bottom w:val="single" w:sz="8" w:space="0" w:color="FED304" w:themeColor="accent4"/>
        <w:right w:val="single" w:sz="8" w:space="0" w:color="FED304" w:themeColor="accent4"/>
      </w:tblBorders>
    </w:tblPr>
    <w:tblStylePr w:type="firstRow">
      <w:pPr>
        <w:spacing w:before="0" w:after="0" w:line="240" w:lineRule="auto"/>
      </w:pPr>
      <w:rPr>
        <w:b/>
        <w:bCs/>
        <w:color w:val="FFFFFF" w:themeColor="background1"/>
      </w:rPr>
      <w:tblPr/>
      <w:tcPr>
        <w:shd w:val="clear" w:color="auto" w:fill="FED304" w:themeFill="accent4"/>
      </w:tcPr>
    </w:tblStylePr>
    <w:tblStylePr w:type="lastRow">
      <w:pPr>
        <w:spacing w:before="0" w:after="0" w:line="240" w:lineRule="auto"/>
      </w:pPr>
      <w:rPr>
        <w:b/>
        <w:bCs/>
      </w:rPr>
      <w:tblPr/>
      <w:tcPr>
        <w:tcBorders>
          <w:top w:val="double" w:sz="6" w:space="0" w:color="FED304" w:themeColor="accent4"/>
          <w:left w:val="single" w:sz="8" w:space="0" w:color="FED304" w:themeColor="accent4"/>
          <w:bottom w:val="single" w:sz="8" w:space="0" w:color="FED304" w:themeColor="accent4"/>
          <w:right w:val="single" w:sz="8" w:space="0" w:color="FED304" w:themeColor="accent4"/>
        </w:tcBorders>
      </w:tcPr>
    </w:tblStylePr>
    <w:tblStylePr w:type="firstCol">
      <w:rPr>
        <w:b/>
        <w:bCs/>
      </w:rPr>
    </w:tblStylePr>
    <w:tblStylePr w:type="lastCol">
      <w:rPr>
        <w:b/>
        <w:bCs/>
      </w:rPr>
    </w:tblStylePr>
    <w:tblStylePr w:type="band1Vert">
      <w:tblPr/>
      <w:tcPr>
        <w:tcBorders>
          <w:top w:val="single" w:sz="8" w:space="0" w:color="FED304" w:themeColor="accent4"/>
          <w:left w:val="single" w:sz="8" w:space="0" w:color="FED304" w:themeColor="accent4"/>
          <w:bottom w:val="single" w:sz="8" w:space="0" w:color="FED304" w:themeColor="accent4"/>
          <w:right w:val="single" w:sz="8" w:space="0" w:color="FED304" w:themeColor="accent4"/>
        </w:tcBorders>
      </w:tcPr>
    </w:tblStylePr>
    <w:tblStylePr w:type="band1Horz">
      <w:tblPr/>
      <w:tcPr>
        <w:tcBorders>
          <w:top w:val="single" w:sz="8" w:space="0" w:color="FED304" w:themeColor="accent4"/>
          <w:left w:val="single" w:sz="8" w:space="0" w:color="FED304" w:themeColor="accent4"/>
          <w:bottom w:val="single" w:sz="8" w:space="0" w:color="FED304" w:themeColor="accent4"/>
          <w:right w:val="single" w:sz="8" w:space="0" w:color="FED304"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E01A54" w:themeColor="accent5"/>
        <w:left w:val="single" w:sz="8" w:space="0" w:color="E01A54" w:themeColor="accent5"/>
        <w:bottom w:val="single" w:sz="8" w:space="0" w:color="E01A54" w:themeColor="accent5"/>
        <w:right w:val="single" w:sz="8" w:space="0" w:color="E01A54" w:themeColor="accent5"/>
      </w:tblBorders>
    </w:tblPr>
    <w:tblStylePr w:type="firstRow">
      <w:pPr>
        <w:spacing w:before="0" w:after="0" w:line="240" w:lineRule="auto"/>
      </w:pPr>
      <w:rPr>
        <w:b/>
        <w:bCs/>
        <w:color w:val="FFFFFF" w:themeColor="background1"/>
      </w:rPr>
      <w:tblPr/>
      <w:tcPr>
        <w:shd w:val="clear" w:color="auto" w:fill="E01A54" w:themeFill="accent5"/>
      </w:tcPr>
    </w:tblStylePr>
    <w:tblStylePr w:type="lastRow">
      <w:pPr>
        <w:spacing w:before="0" w:after="0" w:line="240" w:lineRule="auto"/>
      </w:pPr>
      <w:rPr>
        <w:b/>
        <w:bCs/>
      </w:rPr>
      <w:tblPr/>
      <w:tcPr>
        <w:tcBorders>
          <w:top w:val="double" w:sz="6" w:space="0" w:color="E01A54" w:themeColor="accent5"/>
          <w:left w:val="single" w:sz="8" w:space="0" w:color="E01A54" w:themeColor="accent5"/>
          <w:bottom w:val="single" w:sz="8" w:space="0" w:color="E01A54" w:themeColor="accent5"/>
          <w:right w:val="single" w:sz="8" w:space="0" w:color="E01A54" w:themeColor="accent5"/>
        </w:tcBorders>
      </w:tcPr>
    </w:tblStylePr>
    <w:tblStylePr w:type="firstCol">
      <w:rPr>
        <w:b/>
        <w:bCs/>
      </w:rPr>
    </w:tblStylePr>
    <w:tblStylePr w:type="lastCol">
      <w:rPr>
        <w:b/>
        <w:bCs/>
      </w:rPr>
    </w:tblStylePr>
    <w:tblStylePr w:type="band1Vert">
      <w:tblPr/>
      <w:tcPr>
        <w:tcBorders>
          <w:top w:val="single" w:sz="8" w:space="0" w:color="E01A54" w:themeColor="accent5"/>
          <w:left w:val="single" w:sz="8" w:space="0" w:color="E01A54" w:themeColor="accent5"/>
          <w:bottom w:val="single" w:sz="8" w:space="0" w:color="E01A54" w:themeColor="accent5"/>
          <w:right w:val="single" w:sz="8" w:space="0" w:color="E01A54" w:themeColor="accent5"/>
        </w:tcBorders>
      </w:tcPr>
    </w:tblStylePr>
    <w:tblStylePr w:type="band1Horz">
      <w:tblPr/>
      <w:tcPr>
        <w:tcBorders>
          <w:top w:val="single" w:sz="8" w:space="0" w:color="E01A54" w:themeColor="accent5"/>
          <w:left w:val="single" w:sz="8" w:space="0" w:color="E01A54" w:themeColor="accent5"/>
          <w:bottom w:val="single" w:sz="8" w:space="0" w:color="E01A54" w:themeColor="accent5"/>
          <w:right w:val="single" w:sz="8" w:space="0" w:color="E01A54"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C3529E" w:themeColor="accent6"/>
        <w:left w:val="single" w:sz="8" w:space="0" w:color="C3529E" w:themeColor="accent6"/>
        <w:bottom w:val="single" w:sz="8" w:space="0" w:color="C3529E" w:themeColor="accent6"/>
        <w:right w:val="single" w:sz="8" w:space="0" w:color="C3529E" w:themeColor="accent6"/>
      </w:tblBorders>
    </w:tblPr>
    <w:tblStylePr w:type="firstRow">
      <w:pPr>
        <w:spacing w:before="0" w:after="0" w:line="240" w:lineRule="auto"/>
      </w:pPr>
      <w:rPr>
        <w:b/>
        <w:bCs/>
        <w:color w:val="FFFFFF" w:themeColor="background1"/>
      </w:rPr>
      <w:tblPr/>
      <w:tcPr>
        <w:shd w:val="clear" w:color="auto" w:fill="C3529E" w:themeFill="accent6"/>
      </w:tcPr>
    </w:tblStylePr>
    <w:tblStylePr w:type="lastRow">
      <w:pPr>
        <w:spacing w:before="0" w:after="0" w:line="240" w:lineRule="auto"/>
      </w:pPr>
      <w:rPr>
        <w:b/>
        <w:bCs/>
      </w:rPr>
      <w:tblPr/>
      <w:tcPr>
        <w:tcBorders>
          <w:top w:val="double" w:sz="6" w:space="0" w:color="C3529E" w:themeColor="accent6"/>
          <w:left w:val="single" w:sz="8" w:space="0" w:color="C3529E" w:themeColor="accent6"/>
          <w:bottom w:val="single" w:sz="8" w:space="0" w:color="C3529E" w:themeColor="accent6"/>
          <w:right w:val="single" w:sz="8" w:space="0" w:color="C3529E" w:themeColor="accent6"/>
        </w:tcBorders>
      </w:tcPr>
    </w:tblStylePr>
    <w:tblStylePr w:type="firstCol">
      <w:rPr>
        <w:b/>
        <w:bCs/>
      </w:rPr>
    </w:tblStylePr>
    <w:tblStylePr w:type="lastCol">
      <w:rPr>
        <w:b/>
        <w:bCs/>
      </w:rPr>
    </w:tblStylePr>
    <w:tblStylePr w:type="band1Vert">
      <w:tblPr/>
      <w:tcPr>
        <w:tcBorders>
          <w:top w:val="single" w:sz="8" w:space="0" w:color="C3529E" w:themeColor="accent6"/>
          <w:left w:val="single" w:sz="8" w:space="0" w:color="C3529E" w:themeColor="accent6"/>
          <w:bottom w:val="single" w:sz="8" w:space="0" w:color="C3529E" w:themeColor="accent6"/>
          <w:right w:val="single" w:sz="8" w:space="0" w:color="C3529E" w:themeColor="accent6"/>
        </w:tcBorders>
      </w:tcPr>
    </w:tblStylePr>
    <w:tblStylePr w:type="band1Horz">
      <w:tblPr/>
      <w:tcPr>
        <w:tcBorders>
          <w:top w:val="single" w:sz="8" w:space="0" w:color="C3529E" w:themeColor="accent6"/>
          <w:left w:val="single" w:sz="8" w:space="0" w:color="C3529E" w:themeColor="accent6"/>
          <w:bottom w:val="single" w:sz="8" w:space="0" w:color="C3529E" w:themeColor="accent6"/>
          <w:right w:val="single" w:sz="8" w:space="0" w:color="C3529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2C3493" w:themeColor="accent1"/>
        <w:left w:val="single" w:sz="8" w:space="0" w:color="2C3493" w:themeColor="accent1"/>
        <w:bottom w:val="single" w:sz="8" w:space="0" w:color="2C3493" w:themeColor="accent1"/>
        <w:right w:val="single" w:sz="8" w:space="0" w:color="2C3493" w:themeColor="accent1"/>
        <w:insideH w:val="single" w:sz="8" w:space="0" w:color="2C3493" w:themeColor="accent1"/>
        <w:insideV w:val="single" w:sz="8" w:space="0" w:color="2C3493"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C3493" w:themeColor="accent1"/>
          <w:left w:val="single" w:sz="8" w:space="0" w:color="2C3493" w:themeColor="accent1"/>
          <w:bottom w:val="single" w:sz="18" w:space="0" w:color="2C3493" w:themeColor="accent1"/>
          <w:right w:val="single" w:sz="8" w:space="0" w:color="2C3493" w:themeColor="accent1"/>
          <w:insideH w:val="nil"/>
          <w:insideV w:val="single" w:sz="8" w:space="0" w:color="2C3493"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C3493" w:themeColor="accent1"/>
          <w:left w:val="single" w:sz="8" w:space="0" w:color="2C3493" w:themeColor="accent1"/>
          <w:bottom w:val="single" w:sz="8" w:space="0" w:color="2C3493" w:themeColor="accent1"/>
          <w:right w:val="single" w:sz="8" w:space="0" w:color="2C3493" w:themeColor="accent1"/>
          <w:insideH w:val="nil"/>
          <w:insideV w:val="single" w:sz="8" w:space="0" w:color="2C3493"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C3493" w:themeColor="accent1"/>
          <w:left w:val="single" w:sz="8" w:space="0" w:color="2C3493" w:themeColor="accent1"/>
          <w:bottom w:val="single" w:sz="8" w:space="0" w:color="2C3493" w:themeColor="accent1"/>
          <w:right w:val="single" w:sz="8" w:space="0" w:color="2C3493" w:themeColor="accent1"/>
        </w:tcBorders>
      </w:tcPr>
    </w:tblStylePr>
    <w:tblStylePr w:type="band1Vert">
      <w:tblPr/>
      <w:tcPr>
        <w:tcBorders>
          <w:top w:val="single" w:sz="8" w:space="0" w:color="2C3493" w:themeColor="accent1"/>
          <w:left w:val="single" w:sz="8" w:space="0" w:color="2C3493" w:themeColor="accent1"/>
          <w:bottom w:val="single" w:sz="8" w:space="0" w:color="2C3493" w:themeColor="accent1"/>
          <w:right w:val="single" w:sz="8" w:space="0" w:color="2C3493" w:themeColor="accent1"/>
        </w:tcBorders>
        <w:shd w:val="clear" w:color="auto" w:fill="C2C5EC" w:themeFill="accent1" w:themeFillTint="3F"/>
      </w:tcPr>
    </w:tblStylePr>
    <w:tblStylePr w:type="band1Horz">
      <w:tblPr/>
      <w:tcPr>
        <w:tcBorders>
          <w:top w:val="single" w:sz="8" w:space="0" w:color="2C3493" w:themeColor="accent1"/>
          <w:left w:val="single" w:sz="8" w:space="0" w:color="2C3493" w:themeColor="accent1"/>
          <w:bottom w:val="single" w:sz="8" w:space="0" w:color="2C3493" w:themeColor="accent1"/>
          <w:right w:val="single" w:sz="8" w:space="0" w:color="2C3493" w:themeColor="accent1"/>
          <w:insideV w:val="single" w:sz="8" w:space="0" w:color="2C3493" w:themeColor="accent1"/>
        </w:tcBorders>
        <w:shd w:val="clear" w:color="auto" w:fill="C2C5EC" w:themeFill="accent1" w:themeFillTint="3F"/>
      </w:tcPr>
    </w:tblStylePr>
    <w:tblStylePr w:type="band2Horz">
      <w:tblPr/>
      <w:tcPr>
        <w:tcBorders>
          <w:top w:val="single" w:sz="8" w:space="0" w:color="2C3493" w:themeColor="accent1"/>
          <w:left w:val="single" w:sz="8" w:space="0" w:color="2C3493" w:themeColor="accent1"/>
          <w:bottom w:val="single" w:sz="8" w:space="0" w:color="2C3493" w:themeColor="accent1"/>
          <w:right w:val="single" w:sz="8" w:space="0" w:color="2C3493" w:themeColor="accent1"/>
          <w:insideV w:val="single" w:sz="8" w:space="0" w:color="2C3493"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7AAE42" w:themeColor="accent2"/>
        <w:left w:val="single" w:sz="8" w:space="0" w:color="7AAE42" w:themeColor="accent2"/>
        <w:bottom w:val="single" w:sz="8" w:space="0" w:color="7AAE42" w:themeColor="accent2"/>
        <w:right w:val="single" w:sz="8" w:space="0" w:color="7AAE42" w:themeColor="accent2"/>
        <w:insideH w:val="single" w:sz="8" w:space="0" w:color="7AAE42" w:themeColor="accent2"/>
        <w:insideV w:val="single" w:sz="8" w:space="0" w:color="7AAE4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AAE42" w:themeColor="accent2"/>
          <w:left w:val="single" w:sz="8" w:space="0" w:color="7AAE42" w:themeColor="accent2"/>
          <w:bottom w:val="single" w:sz="18" w:space="0" w:color="7AAE42" w:themeColor="accent2"/>
          <w:right w:val="single" w:sz="8" w:space="0" w:color="7AAE42" w:themeColor="accent2"/>
          <w:insideH w:val="nil"/>
          <w:insideV w:val="single" w:sz="8" w:space="0" w:color="7AAE4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AAE42" w:themeColor="accent2"/>
          <w:left w:val="single" w:sz="8" w:space="0" w:color="7AAE42" w:themeColor="accent2"/>
          <w:bottom w:val="single" w:sz="8" w:space="0" w:color="7AAE42" w:themeColor="accent2"/>
          <w:right w:val="single" w:sz="8" w:space="0" w:color="7AAE42" w:themeColor="accent2"/>
          <w:insideH w:val="nil"/>
          <w:insideV w:val="single" w:sz="8" w:space="0" w:color="7AAE4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AAE42" w:themeColor="accent2"/>
          <w:left w:val="single" w:sz="8" w:space="0" w:color="7AAE42" w:themeColor="accent2"/>
          <w:bottom w:val="single" w:sz="8" w:space="0" w:color="7AAE42" w:themeColor="accent2"/>
          <w:right w:val="single" w:sz="8" w:space="0" w:color="7AAE42" w:themeColor="accent2"/>
        </w:tcBorders>
      </w:tcPr>
    </w:tblStylePr>
    <w:tblStylePr w:type="band1Vert">
      <w:tblPr/>
      <w:tcPr>
        <w:tcBorders>
          <w:top w:val="single" w:sz="8" w:space="0" w:color="7AAE42" w:themeColor="accent2"/>
          <w:left w:val="single" w:sz="8" w:space="0" w:color="7AAE42" w:themeColor="accent2"/>
          <w:bottom w:val="single" w:sz="8" w:space="0" w:color="7AAE42" w:themeColor="accent2"/>
          <w:right w:val="single" w:sz="8" w:space="0" w:color="7AAE42" w:themeColor="accent2"/>
        </w:tcBorders>
        <w:shd w:val="clear" w:color="auto" w:fill="DEECCE" w:themeFill="accent2" w:themeFillTint="3F"/>
      </w:tcPr>
    </w:tblStylePr>
    <w:tblStylePr w:type="band1Horz">
      <w:tblPr/>
      <w:tcPr>
        <w:tcBorders>
          <w:top w:val="single" w:sz="8" w:space="0" w:color="7AAE42" w:themeColor="accent2"/>
          <w:left w:val="single" w:sz="8" w:space="0" w:color="7AAE42" w:themeColor="accent2"/>
          <w:bottom w:val="single" w:sz="8" w:space="0" w:color="7AAE42" w:themeColor="accent2"/>
          <w:right w:val="single" w:sz="8" w:space="0" w:color="7AAE42" w:themeColor="accent2"/>
          <w:insideV w:val="single" w:sz="8" w:space="0" w:color="7AAE42" w:themeColor="accent2"/>
        </w:tcBorders>
        <w:shd w:val="clear" w:color="auto" w:fill="DEECCE" w:themeFill="accent2" w:themeFillTint="3F"/>
      </w:tcPr>
    </w:tblStylePr>
    <w:tblStylePr w:type="band2Horz">
      <w:tblPr/>
      <w:tcPr>
        <w:tcBorders>
          <w:top w:val="single" w:sz="8" w:space="0" w:color="7AAE42" w:themeColor="accent2"/>
          <w:left w:val="single" w:sz="8" w:space="0" w:color="7AAE42" w:themeColor="accent2"/>
          <w:bottom w:val="single" w:sz="8" w:space="0" w:color="7AAE42" w:themeColor="accent2"/>
          <w:right w:val="single" w:sz="8" w:space="0" w:color="7AAE42" w:themeColor="accent2"/>
          <w:insideV w:val="single" w:sz="8" w:space="0" w:color="7AAE4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F47527" w:themeColor="accent3"/>
        <w:left w:val="single" w:sz="8" w:space="0" w:color="F47527" w:themeColor="accent3"/>
        <w:bottom w:val="single" w:sz="8" w:space="0" w:color="F47527" w:themeColor="accent3"/>
        <w:right w:val="single" w:sz="8" w:space="0" w:color="F47527" w:themeColor="accent3"/>
        <w:insideH w:val="single" w:sz="8" w:space="0" w:color="F47527" w:themeColor="accent3"/>
        <w:insideV w:val="single" w:sz="8" w:space="0" w:color="F47527"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47527" w:themeColor="accent3"/>
          <w:left w:val="single" w:sz="8" w:space="0" w:color="F47527" w:themeColor="accent3"/>
          <w:bottom w:val="single" w:sz="18" w:space="0" w:color="F47527" w:themeColor="accent3"/>
          <w:right w:val="single" w:sz="8" w:space="0" w:color="F47527" w:themeColor="accent3"/>
          <w:insideH w:val="nil"/>
          <w:insideV w:val="single" w:sz="8" w:space="0" w:color="F47527"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47527" w:themeColor="accent3"/>
          <w:left w:val="single" w:sz="8" w:space="0" w:color="F47527" w:themeColor="accent3"/>
          <w:bottom w:val="single" w:sz="8" w:space="0" w:color="F47527" w:themeColor="accent3"/>
          <w:right w:val="single" w:sz="8" w:space="0" w:color="F47527" w:themeColor="accent3"/>
          <w:insideH w:val="nil"/>
          <w:insideV w:val="single" w:sz="8" w:space="0" w:color="F47527"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47527" w:themeColor="accent3"/>
          <w:left w:val="single" w:sz="8" w:space="0" w:color="F47527" w:themeColor="accent3"/>
          <w:bottom w:val="single" w:sz="8" w:space="0" w:color="F47527" w:themeColor="accent3"/>
          <w:right w:val="single" w:sz="8" w:space="0" w:color="F47527" w:themeColor="accent3"/>
        </w:tcBorders>
      </w:tcPr>
    </w:tblStylePr>
    <w:tblStylePr w:type="band1Vert">
      <w:tblPr/>
      <w:tcPr>
        <w:tcBorders>
          <w:top w:val="single" w:sz="8" w:space="0" w:color="F47527" w:themeColor="accent3"/>
          <w:left w:val="single" w:sz="8" w:space="0" w:color="F47527" w:themeColor="accent3"/>
          <w:bottom w:val="single" w:sz="8" w:space="0" w:color="F47527" w:themeColor="accent3"/>
          <w:right w:val="single" w:sz="8" w:space="0" w:color="F47527" w:themeColor="accent3"/>
        </w:tcBorders>
        <w:shd w:val="clear" w:color="auto" w:fill="FCDCC9" w:themeFill="accent3" w:themeFillTint="3F"/>
      </w:tcPr>
    </w:tblStylePr>
    <w:tblStylePr w:type="band1Horz">
      <w:tblPr/>
      <w:tcPr>
        <w:tcBorders>
          <w:top w:val="single" w:sz="8" w:space="0" w:color="F47527" w:themeColor="accent3"/>
          <w:left w:val="single" w:sz="8" w:space="0" w:color="F47527" w:themeColor="accent3"/>
          <w:bottom w:val="single" w:sz="8" w:space="0" w:color="F47527" w:themeColor="accent3"/>
          <w:right w:val="single" w:sz="8" w:space="0" w:color="F47527" w:themeColor="accent3"/>
          <w:insideV w:val="single" w:sz="8" w:space="0" w:color="F47527" w:themeColor="accent3"/>
        </w:tcBorders>
        <w:shd w:val="clear" w:color="auto" w:fill="FCDCC9" w:themeFill="accent3" w:themeFillTint="3F"/>
      </w:tcPr>
    </w:tblStylePr>
    <w:tblStylePr w:type="band2Horz">
      <w:tblPr/>
      <w:tcPr>
        <w:tcBorders>
          <w:top w:val="single" w:sz="8" w:space="0" w:color="F47527" w:themeColor="accent3"/>
          <w:left w:val="single" w:sz="8" w:space="0" w:color="F47527" w:themeColor="accent3"/>
          <w:bottom w:val="single" w:sz="8" w:space="0" w:color="F47527" w:themeColor="accent3"/>
          <w:right w:val="single" w:sz="8" w:space="0" w:color="F47527" w:themeColor="accent3"/>
          <w:insideV w:val="single" w:sz="8" w:space="0" w:color="F47527"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ED304" w:themeColor="accent4"/>
        <w:left w:val="single" w:sz="8" w:space="0" w:color="FED304" w:themeColor="accent4"/>
        <w:bottom w:val="single" w:sz="8" w:space="0" w:color="FED304" w:themeColor="accent4"/>
        <w:right w:val="single" w:sz="8" w:space="0" w:color="FED304" w:themeColor="accent4"/>
        <w:insideH w:val="single" w:sz="8" w:space="0" w:color="FED304" w:themeColor="accent4"/>
        <w:insideV w:val="single" w:sz="8" w:space="0" w:color="FED304"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ED304" w:themeColor="accent4"/>
          <w:left w:val="single" w:sz="8" w:space="0" w:color="FED304" w:themeColor="accent4"/>
          <w:bottom w:val="single" w:sz="18" w:space="0" w:color="FED304" w:themeColor="accent4"/>
          <w:right w:val="single" w:sz="8" w:space="0" w:color="FED304" w:themeColor="accent4"/>
          <w:insideH w:val="nil"/>
          <w:insideV w:val="single" w:sz="8" w:space="0" w:color="FED304"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ED304" w:themeColor="accent4"/>
          <w:left w:val="single" w:sz="8" w:space="0" w:color="FED304" w:themeColor="accent4"/>
          <w:bottom w:val="single" w:sz="8" w:space="0" w:color="FED304" w:themeColor="accent4"/>
          <w:right w:val="single" w:sz="8" w:space="0" w:color="FED304" w:themeColor="accent4"/>
          <w:insideH w:val="nil"/>
          <w:insideV w:val="single" w:sz="8" w:space="0" w:color="FED304"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ED304" w:themeColor="accent4"/>
          <w:left w:val="single" w:sz="8" w:space="0" w:color="FED304" w:themeColor="accent4"/>
          <w:bottom w:val="single" w:sz="8" w:space="0" w:color="FED304" w:themeColor="accent4"/>
          <w:right w:val="single" w:sz="8" w:space="0" w:color="FED304" w:themeColor="accent4"/>
        </w:tcBorders>
      </w:tcPr>
    </w:tblStylePr>
    <w:tblStylePr w:type="band1Vert">
      <w:tblPr/>
      <w:tcPr>
        <w:tcBorders>
          <w:top w:val="single" w:sz="8" w:space="0" w:color="FED304" w:themeColor="accent4"/>
          <w:left w:val="single" w:sz="8" w:space="0" w:color="FED304" w:themeColor="accent4"/>
          <w:bottom w:val="single" w:sz="8" w:space="0" w:color="FED304" w:themeColor="accent4"/>
          <w:right w:val="single" w:sz="8" w:space="0" w:color="FED304" w:themeColor="accent4"/>
        </w:tcBorders>
        <w:shd w:val="clear" w:color="auto" w:fill="FEF4C0" w:themeFill="accent4" w:themeFillTint="3F"/>
      </w:tcPr>
    </w:tblStylePr>
    <w:tblStylePr w:type="band1Horz">
      <w:tblPr/>
      <w:tcPr>
        <w:tcBorders>
          <w:top w:val="single" w:sz="8" w:space="0" w:color="FED304" w:themeColor="accent4"/>
          <w:left w:val="single" w:sz="8" w:space="0" w:color="FED304" w:themeColor="accent4"/>
          <w:bottom w:val="single" w:sz="8" w:space="0" w:color="FED304" w:themeColor="accent4"/>
          <w:right w:val="single" w:sz="8" w:space="0" w:color="FED304" w:themeColor="accent4"/>
          <w:insideV w:val="single" w:sz="8" w:space="0" w:color="FED304" w:themeColor="accent4"/>
        </w:tcBorders>
        <w:shd w:val="clear" w:color="auto" w:fill="FEF4C0" w:themeFill="accent4" w:themeFillTint="3F"/>
      </w:tcPr>
    </w:tblStylePr>
    <w:tblStylePr w:type="band2Horz">
      <w:tblPr/>
      <w:tcPr>
        <w:tcBorders>
          <w:top w:val="single" w:sz="8" w:space="0" w:color="FED304" w:themeColor="accent4"/>
          <w:left w:val="single" w:sz="8" w:space="0" w:color="FED304" w:themeColor="accent4"/>
          <w:bottom w:val="single" w:sz="8" w:space="0" w:color="FED304" w:themeColor="accent4"/>
          <w:right w:val="single" w:sz="8" w:space="0" w:color="FED304" w:themeColor="accent4"/>
          <w:insideV w:val="single" w:sz="8" w:space="0" w:color="FED304"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E01A54" w:themeColor="accent5"/>
        <w:left w:val="single" w:sz="8" w:space="0" w:color="E01A54" w:themeColor="accent5"/>
        <w:bottom w:val="single" w:sz="8" w:space="0" w:color="E01A54" w:themeColor="accent5"/>
        <w:right w:val="single" w:sz="8" w:space="0" w:color="E01A54" w:themeColor="accent5"/>
        <w:insideH w:val="single" w:sz="8" w:space="0" w:color="E01A54" w:themeColor="accent5"/>
        <w:insideV w:val="single" w:sz="8" w:space="0" w:color="E01A5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01A54" w:themeColor="accent5"/>
          <w:left w:val="single" w:sz="8" w:space="0" w:color="E01A54" w:themeColor="accent5"/>
          <w:bottom w:val="single" w:sz="18" w:space="0" w:color="E01A54" w:themeColor="accent5"/>
          <w:right w:val="single" w:sz="8" w:space="0" w:color="E01A54" w:themeColor="accent5"/>
          <w:insideH w:val="nil"/>
          <w:insideV w:val="single" w:sz="8" w:space="0" w:color="E01A5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01A54" w:themeColor="accent5"/>
          <w:left w:val="single" w:sz="8" w:space="0" w:color="E01A54" w:themeColor="accent5"/>
          <w:bottom w:val="single" w:sz="8" w:space="0" w:color="E01A54" w:themeColor="accent5"/>
          <w:right w:val="single" w:sz="8" w:space="0" w:color="E01A54" w:themeColor="accent5"/>
          <w:insideH w:val="nil"/>
          <w:insideV w:val="single" w:sz="8" w:space="0" w:color="E01A5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01A54" w:themeColor="accent5"/>
          <w:left w:val="single" w:sz="8" w:space="0" w:color="E01A54" w:themeColor="accent5"/>
          <w:bottom w:val="single" w:sz="8" w:space="0" w:color="E01A54" w:themeColor="accent5"/>
          <w:right w:val="single" w:sz="8" w:space="0" w:color="E01A54" w:themeColor="accent5"/>
        </w:tcBorders>
      </w:tcPr>
    </w:tblStylePr>
    <w:tblStylePr w:type="band1Vert">
      <w:tblPr/>
      <w:tcPr>
        <w:tcBorders>
          <w:top w:val="single" w:sz="8" w:space="0" w:color="E01A54" w:themeColor="accent5"/>
          <w:left w:val="single" w:sz="8" w:space="0" w:color="E01A54" w:themeColor="accent5"/>
          <w:bottom w:val="single" w:sz="8" w:space="0" w:color="E01A54" w:themeColor="accent5"/>
          <w:right w:val="single" w:sz="8" w:space="0" w:color="E01A54" w:themeColor="accent5"/>
        </w:tcBorders>
        <w:shd w:val="clear" w:color="auto" w:fill="F8C5D4" w:themeFill="accent5" w:themeFillTint="3F"/>
      </w:tcPr>
    </w:tblStylePr>
    <w:tblStylePr w:type="band1Horz">
      <w:tblPr/>
      <w:tcPr>
        <w:tcBorders>
          <w:top w:val="single" w:sz="8" w:space="0" w:color="E01A54" w:themeColor="accent5"/>
          <w:left w:val="single" w:sz="8" w:space="0" w:color="E01A54" w:themeColor="accent5"/>
          <w:bottom w:val="single" w:sz="8" w:space="0" w:color="E01A54" w:themeColor="accent5"/>
          <w:right w:val="single" w:sz="8" w:space="0" w:color="E01A54" w:themeColor="accent5"/>
          <w:insideV w:val="single" w:sz="8" w:space="0" w:color="E01A54" w:themeColor="accent5"/>
        </w:tcBorders>
        <w:shd w:val="clear" w:color="auto" w:fill="F8C5D4" w:themeFill="accent5" w:themeFillTint="3F"/>
      </w:tcPr>
    </w:tblStylePr>
    <w:tblStylePr w:type="band2Horz">
      <w:tblPr/>
      <w:tcPr>
        <w:tcBorders>
          <w:top w:val="single" w:sz="8" w:space="0" w:color="E01A54" w:themeColor="accent5"/>
          <w:left w:val="single" w:sz="8" w:space="0" w:color="E01A54" w:themeColor="accent5"/>
          <w:bottom w:val="single" w:sz="8" w:space="0" w:color="E01A54" w:themeColor="accent5"/>
          <w:right w:val="single" w:sz="8" w:space="0" w:color="E01A54" w:themeColor="accent5"/>
          <w:insideV w:val="single" w:sz="8" w:space="0" w:color="E01A54"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C3529E" w:themeColor="accent6"/>
        <w:left w:val="single" w:sz="8" w:space="0" w:color="C3529E" w:themeColor="accent6"/>
        <w:bottom w:val="single" w:sz="8" w:space="0" w:color="C3529E" w:themeColor="accent6"/>
        <w:right w:val="single" w:sz="8" w:space="0" w:color="C3529E" w:themeColor="accent6"/>
        <w:insideH w:val="single" w:sz="8" w:space="0" w:color="C3529E" w:themeColor="accent6"/>
        <w:insideV w:val="single" w:sz="8" w:space="0" w:color="C3529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3529E" w:themeColor="accent6"/>
          <w:left w:val="single" w:sz="8" w:space="0" w:color="C3529E" w:themeColor="accent6"/>
          <w:bottom w:val="single" w:sz="18" w:space="0" w:color="C3529E" w:themeColor="accent6"/>
          <w:right w:val="single" w:sz="8" w:space="0" w:color="C3529E" w:themeColor="accent6"/>
          <w:insideH w:val="nil"/>
          <w:insideV w:val="single" w:sz="8" w:space="0" w:color="C3529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3529E" w:themeColor="accent6"/>
          <w:left w:val="single" w:sz="8" w:space="0" w:color="C3529E" w:themeColor="accent6"/>
          <w:bottom w:val="single" w:sz="8" w:space="0" w:color="C3529E" w:themeColor="accent6"/>
          <w:right w:val="single" w:sz="8" w:space="0" w:color="C3529E" w:themeColor="accent6"/>
          <w:insideH w:val="nil"/>
          <w:insideV w:val="single" w:sz="8" w:space="0" w:color="C3529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3529E" w:themeColor="accent6"/>
          <w:left w:val="single" w:sz="8" w:space="0" w:color="C3529E" w:themeColor="accent6"/>
          <w:bottom w:val="single" w:sz="8" w:space="0" w:color="C3529E" w:themeColor="accent6"/>
          <w:right w:val="single" w:sz="8" w:space="0" w:color="C3529E" w:themeColor="accent6"/>
        </w:tcBorders>
      </w:tcPr>
    </w:tblStylePr>
    <w:tblStylePr w:type="band1Vert">
      <w:tblPr/>
      <w:tcPr>
        <w:tcBorders>
          <w:top w:val="single" w:sz="8" w:space="0" w:color="C3529E" w:themeColor="accent6"/>
          <w:left w:val="single" w:sz="8" w:space="0" w:color="C3529E" w:themeColor="accent6"/>
          <w:bottom w:val="single" w:sz="8" w:space="0" w:color="C3529E" w:themeColor="accent6"/>
          <w:right w:val="single" w:sz="8" w:space="0" w:color="C3529E" w:themeColor="accent6"/>
        </w:tcBorders>
        <w:shd w:val="clear" w:color="auto" w:fill="F0D4E6" w:themeFill="accent6" w:themeFillTint="3F"/>
      </w:tcPr>
    </w:tblStylePr>
    <w:tblStylePr w:type="band1Horz">
      <w:tblPr/>
      <w:tcPr>
        <w:tcBorders>
          <w:top w:val="single" w:sz="8" w:space="0" w:color="C3529E" w:themeColor="accent6"/>
          <w:left w:val="single" w:sz="8" w:space="0" w:color="C3529E" w:themeColor="accent6"/>
          <w:bottom w:val="single" w:sz="8" w:space="0" w:color="C3529E" w:themeColor="accent6"/>
          <w:right w:val="single" w:sz="8" w:space="0" w:color="C3529E" w:themeColor="accent6"/>
          <w:insideV w:val="single" w:sz="8" w:space="0" w:color="C3529E" w:themeColor="accent6"/>
        </w:tcBorders>
        <w:shd w:val="clear" w:color="auto" w:fill="F0D4E6" w:themeFill="accent6" w:themeFillTint="3F"/>
      </w:tcPr>
    </w:tblStylePr>
    <w:tblStylePr w:type="band2Horz">
      <w:tblPr/>
      <w:tcPr>
        <w:tcBorders>
          <w:top w:val="single" w:sz="8" w:space="0" w:color="C3529E" w:themeColor="accent6"/>
          <w:left w:val="single" w:sz="8" w:space="0" w:color="C3529E" w:themeColor="accent6"/>
          <w:bottom w:val="single" w:sz="8" w:space="0" w:color="C3529E" w:themeColor="accent6"/>
          <w:right w:val="single" w:sz="8" w:space="0" w:color="C3529E" w:themeColor="accent6"/>
          <w:insideV w:val="single" w:sz="8" w:space="0" w:color="C3529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4750C8" w:themeColor="accent1" w:themeTint="BF"/>
        <w:left w:val="single" w:sz="8" w:space="0" w:color="4750C8" w:themeColor="accent1" w:themeTint="BF"/>
        <w:bottom w:val="single" w:sz="8" w:space="0" w:color="4750C8" w:themeColor="accent1" w:themeTint="BF"/>
        <w:right w:val="single" w:sz="8" w:space="0" w:color="4750C8" w:themeColor="accent1" w:themeTint="BF"/>
        <w:insideH w:val="single" w:sz="8" w:space="0" w:color="4750C8" w:themeColor="accent1" w:themeTint="BF"/>
      </w:tblBorders>
    </w:tblPr>
    <w:tblStylePr w:type="firstRow">
      <w:pPr>
        <w:spacing w:before="0" w:after="0" w:line="240" w:lineRule="auto"/>
      </w:pPr>
      <w:rPr>
        <w:b/>
        <w:bCs/>
        <w:color w:val="FFFFFF" w:themeColor="background1"/>
      </w:rPr>
      <w:tblPr/>
      <w:tcPr>
        <w:tcBorders>
          <w:top w:val="single" w:sz="8" w:space="0" w:color="4750C8" w:themeColor="accent1" w:themeTint="BF"/>
          <w:left w:val="single" w:sz="8" w:space="0" w:color="4750C8" w:themeColor="accent1" w:themeTint="BF"/>
          <w:bottom w:val="single" w:sz="8" w:space="0" w:color="4750C8" w:themeColor="accent1" w:themeTint="BF"/>
          <w:right w:val="single" w:sz="8" w:space="0" w:color="4750C8" w:themeColor="accent1" w:themeTint="BF"/>
          <w:insideH w:val="nil"/>
          <w:insideV w:val="nil"/>
        </w:tcBorders>
        <w:shd w:val="clear" w:color="auto" w:fill="2C3493" w:themeFill="accent1"/>
      </w:tcPr>
    </w:tblStylePr>
    <w:tblStylePr w:type="lastRow">
      <w:pPr>
        <w:spacing w:before="0" w:after="0" w:line="240" w:lineRule="auto"/>
      </w:pPr>
      <w:rPr>
        <w:b/>
        <w:bCs/>
      </w:rPr>
      <w:tblPr/>
      <w:tcPr>
        <w:tcBorders>
          <w:top w:val="double" w:sz="6" w:space="0" w:color="4750C8" w:themeColor="accent1" w:themeTint="BF"/>
          <w:left w:val="single" w:sz="8" w:space="0" w:color="4750C8" w:themeColor="accent1" w:themeTint="BF"/>
          <w:bottom w:val="single" w:sz="8" w:space="0" w:color="4750C8" w:themeColor="accent1" w:themeTint="BF"/>
          <w:right w:val="single" w:sz="8" w:space="0" w:color="4750C8" w:themeColor="accent1" w:themeTint="BF"/>
          <w:insideH w:val="nil"/>
          <w:insideV w:val="nil"/>
        </w:tcBorders>
      </w:tcPr>
    </w:tblStylePr>
    <w:tblStylePr w:type="firstCol">
      <w:rPr>
        <w:b/>
        <w:bCs/>
      </w:rPr>
    </w:tblStylePr>
    <w:tblStylePr w:type="lastCol">
      <w:rPr>
        <w:b/>
        <w:bCs/>
      </w:rPr>
    </w:tblStylePr>
    <w:tblStylePr w:type="band1Vert">
      <w:tblPr/>
      <w:tcPr>
        <w:shd w:val="clear" w:color="auto" w:fill="C2C5EC" w:themeFill="accent1" w:themeFillTint="3F"/>
      </w:tcPr>
    </w:tblStylePr>
    <w:tblStylePr w:type="band1Horz">
      <w:tblPr/>
      <w:tcPr>
        <w:tcBorders>
          <w:insideH w:val="nil"/>
          <w:insideV w:val="nil"/>
        </w:tcBorders>
        <w:shd w:val="clear" w:color="auto" w:fill="C2C5EC"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9BC76C" w:themeColor="accent2" w:themeTint="BF"/>
        <w:left w:val="single" w:sz="8" w:space="0" w:color="9BC76C" w:themeColor="accent2" w:themeTint="BF"/>
        <w:bottom w:val="single" w:sz="8" w:space="0" w:color="9BC76C" w:themeColor="accent2" w:themeTint="BF"/>
        <w:right w:val="single" w:sz="8" w:space="0" w:color="9BC76C" w:themeColor="accent2" w:themeTint="BF"/>
        <w:insideH w:val="single" w:sz="8" w:space="0" w:color="9BC76C" w:themeColor="accent2" w:themeTint="BF"/>
      </w:tblBorders>
    </w:tblPr>
    <w:tblStylePr w:type="firstRow">
      <w:pPr>
        <w:spacing w:before="0" w:after="0" w:line="240" w:lineRule="auto"/>
      </w:pPr>
      <w:rPr>
        <w:b/>
        <w:bCs/>
        <w:color w:val="FFFFFF" w:themeColor="background1"/>
      </w:rPr>
      <w:tblPr/>
      <w:tcPr>
        <w:tcBorders>
          <w:top w:val="single" w:sz="8" w:space="0" w:color="9BC76C" w:themeColor="accent2" w:themeTint="BF"/>
          <w:left w:val="single" w:sz="8" w:space="0" w:color="9BC76C" w:themeColor="accent2" w:themeTint="BF"/>
          <w:bottom w:val="single" w:sz="8" w:space="0" w:color="9BC76C" w:themeColor="accent2" w:themeTint="BF"/>
          <w:right w:val="single" w:sz="8" w:space="0" w:color="9BC76C" w:themeColor="accent2" w:themeTint="BF"/>
          <w:insideH w:val="nil"/>
          <w:insideV w:val="nil"/>
        </w:tcBorders>
        <w:shd w:val="clear" w:color="auto" w:fill="7AAE42" w:themeFill="accent2"/>
      </w:tcPr>
    </w:tblStylePr>
    <w:tblStylePr w:type="lastRow">
      <w:pPr>
        <w:spacing w:before="0" w:after="0" w:line="240" w:lineRule="auto"/>
      </w:pPr>
      <w:rPr>
        <w:b/>
        <w:bCs/>
      </w:rPr>
      <w:tblPr/>
      <w:tcPr>
        <w:tcBorders>
          <w:top w:val="double" w:sz="6" w:space="0" w:color="9BC76C" w:themeColor="accent2" w:themeTint="BF"/>
          <w:left w:val="single" w:sz="8" w:space="0" w:color="9BC76C" w:themeColor="accent2" w:themeTint="BF"/>
          <w:bottom w:val="single" w:sz="8" w:space="0" w:color="9BC76C" w:themeColor="accent2" w:themeTint="BF"/>
          <w:right w:val="single" w:sz="8" w:space="0" w:color="9BC76C" w:themeColor="accent2" w:themeTint="BF"/>
          <w:insideH w:val="nil"/>
          <w:insideV w:val="nil"/>
        </w:tcBorders>
      </w:tcPr>
    </w:tblStylePr>
    <w:tblStylePr w:type="firstCol">
      <w:rPr>
        <w:b/>
        <w:bCs/>
      </w:rPr>
    </w:tblStylePr>
    <w:tblStylePr w:type="lastCol">
      <w:rPr>
        <w:b/>
        <w:bCs/>
      </w:rPr>
    </w:tblStylePr>
    <w:tblStylePr w:type="band1Vert">
      <w:tblPr/>
      <w:tcPr>
        <w:shd w:val="clear" w:color="auto" w:fill="DEECCE" w:themeFill="accent2" w:themeFillTint="3F"/>
      </w:tcPr>
    </w:tblStylePr>
    <w:tblStylePr w:type="band1Horz">
      <w:tblPr/>
      <w:tcPr>
        <w:tcBorders>
          <w:insideH w:val="nil"/>
          <w:insideV w:val="nil"/>
        </w:tcBorders>
        <w:shd w:val="clear" w:color="auto" w:fill="DEECCE"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F6975C" w:themeColor="accent3" w:themeTint="BF"/>
        <w:left w:val="single" w:sz="8" w:space="0" w:color="F6975C" w:themeColor="accent3" w:themeTint="BF"/>
        <w:bottom w:val="single" w:sz="8" w:space="0" w:color="F6975C" w:themeColor="accent3" w:themeTint="BF"/>
        <w:right w:val="single" w:sz="8" w:space="0" w:color="F6975C" w:themeColor="accent3" w:themeTint="BF"/>
        <w:insideH w:val="single" w:sz="8" w:space="0" w:color="F6975C" w:themeColor="accent3" w:themeTint="BF"/>
      </w:tblBorders>
    </w:tblPr>
    <w:tblStylePr w:type="firstRow">
      <w:pPr>
        <w:spacing w:before="0" w:after="0" w:line="240" w:lineRule="auto"/>
      </w:pPr>
      <w:rPr>
        <w:b/>
        <w:bCs/>
        <w:color w:val="FFFFFF" w:themeColor="background1"/>
      </w:rPr>
      <w:tblPr/>
      <w:tcPr>
        <w:tcBorders>
          <w:top w:val="single" w:sz="8" w:space="0" w:color="F6975C" w:themeColor="accent3" w:themeTint="BF"/>
          <w:left w:val="single" w:sz="8" w:space="0" w:color="F6975C" w:themeColor="accent3" w:themeTint="BF"/>
          <w:bottom w:val="single" w:sz="8" w:space="0" w:color="F6975C" w:themeColor="accent3" w:themeTint="BF"/>
          <w:right w:val="single" w:sz="8" w:space="0" w:color="F6975C" w:themeColor="accent3" w:themeTint="BF"/>
          <w:insideH w:val="nil"/>
          <w:insideV w:val="nil"/>
        </w:tcBorders>
        <w:shd w:val="clear" w:color="auto" w:fill="F47527" w:themeFill="accent3"/>
      </w:tcPr>
    </w:tblStylePr>
    <w:tblStylePr w:type="lastRow">
      <w:pPr>
        <w:spacing w:before="0" w:after="0" w:line="240" w:lineRule="auto"/>
      </w:pPr>
      <w:rPr>
        <w:b/>
        <w:bCs/>
      </w:rPr>
      <w:tblPr/>
      <w:tcPr>
        <w:tcBorders>
          <w:top w:val="double" w:sz="6" w:space="0" w:color="F6975C" w:themeColor="accent3" w:themeTint="BF"/>
          <w:left w:val="single" w:sz="8" w:space="0" w:color="F6975C" w:themeColor="accent3" w:themeTint="BF"/>
          <w:bottom w:val="single" w:sz="8" w:space="0" w:color="F6975C" w:themeColor="accent3" w:themeTint="BF"/>
          <w:right w:val="single" w:sz="8" w:space="0" w:color="F6975C" w:themeColor="accent3" w:themeTint="BF"/>
          <w:insideH w:val="nil"/>
          <w:insideV w:val="nil"/>
        </w:tcBorders>
      </w:tcPr>
    </w:tblStylePr>
    <w:tblStylePr w:type="firstCol">
      <w:rPr>
        <w:b/>
        <w:bCs/>
      </w:rPr>
    </w:tblStylePr>
    <w:tblStylePr w:type="lastCol">
      <w:rPr>
        <w:b/>
        <w:bCs/>
      </w:rPr>
    </w:tblStylePr>
    <w:tblStylePr w:type="band1Vert">
      <w:tblPr/>
      <w:tcPr>
        <w:shd w:val="clear" w:color="auto" w:fill="FCDCC9" w:themeFill="accent3" w:themeFillTint="3F"/>
      </w:tcPr>
    </w:tblStylePr>
    <w:tblStylePr w:type="band1Horz">
      <w:tblPr/>
      <w:tcPr>
        <w:tcBorders>
          <w:insideH w:val="nil"/>
          <w:insideV w:val="nil"/>
        </w:tcBorders>
        <w:shd w:val="clear" w:color="auto" w:fill="FCDCC9"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EDD42" w:themeColor="accent4" w:themeTint="BF"/>
        <w:left w:val="single" w:sz="8" w:space="0" w:color="FEDD42" w:themeColor="accent4" w:themeTint="BF"/>
        <w:bottom w:val="single" w:sz="8" w:space="0" w:color="FEDD42" w:themeColor="accent4" w:themeTint="BF"/>
        <w:right w:val="single" w:sz="8" w:space="0" w:color="FEDD42" w:themeColor="accent4" w:themeTint="BF"/>
        <w:insideH w:val="single" w:sz="8" w:space="0" w:color="FEDD42" w:themeColor="accent4" w:themeTint="BF"/>
      </w:tblBorders>
    </w:tblPr>
    <w:tblStylePr w:type="firstRow">
      <w:pPr>
        <w:spacing w:before="0" w:after="0" w:line="240" w:lineRule="auto"/>
      </w:pPr>
      <w:rPr>
        <w:b/>
        <w:bCs/>
        <w:color w:val="FFFFFF" w:themeColor="background1"/>
      </w:rPr>
      <w:tblPr/>
      <w:tcPr>
        <w:tcBorders>
          <w:top w:val="single" w:sz="8" w:space="0" w:color="FEDD42" w:themeColor="accent4" w:themeTint="BF"/>
          <w:left w:val="single" w:sz="8" w:space="0" w:color="FEDD42" w:themeColor="accent4" w:themeTint="BF"/>
          <w:bottom w:val="single" w:sz="8" w:space="0" w:color="FEDD42" w:themeColor="accent4" w:themeTint="BF"/>
          <w:right w:val="single" w:sz="8" w:space="0" w:color="FEDD42" w:themeColor="accent4" w:themeTint="BF"/>
          <w:insideH w:val="nil"/>
          <w:insideV w:val="nil"/>
        </w:tcBorders>
        <w:shd w:val="clear" w:color="auto" w:fill="FED304" w:themeFill="accent4"/>
      </w:tcPr>
    </w:tblStylePr>
    <w:tblStylePr w:type="lastRow">
      <w:pPr>
        <w:spacing w:before="0" w:after="0" w:line="240" w:lineRule="auto"/>
      </w:pPr>
      <w:rPr>
        <w:b/>
        <w:bCs/>
      </w:rPr>
      <w:tblPr/>
      <w:tcPr>
        <w:tcBorders>
          <w:top w:val="double" w:sz="6" w:space="0" w:color="FEDD42" w:themeColor="accent4" w:themeTint="BF"/>
          <w:left w:val="single" w:sz="8" w:space="0" w:color="FEDD42" w:themeColor="accent4" w:themeTint="BF"/>
          <w:bottom w:val="single" w:sz="8" w:space="0" w:color="FEDD42" w:themeColor="accent4" w:themeTint="BF"/>
          <w:right w:val="single" w:sz="8" w:space="0" w:color="FEDD42" w:themeColor="accent4" w:themeTint="BF"/>
          <w:insideH w:val="nil"/>
          <w:insideV w:val="nil"/>
        </w:tcBorders>
      </w:tcPr>
    </w:tblStylePr>
    <w:tblStylePr w:type="firstCol">
      <w:rPr>
        <w:b/>
        <w:bCs/>
      </w:rPr>
    </w:tblStylePr>
    <w:tblStylePr w:type="lastCol">
      <w:rPr>
        <w:b/>
        <w:bCs/>
      </w:rPr>
    </w:tblStylePr>
    <w:tblStylePr w:type="band1Vert">
      <w:tblPr/>
      <w:tcPr>
        <w:shd w:val="clear" w:color="auto" w:fill="FEF4C0" w:themeFill="accent4" w:themeFillTint="3F"/>
      </w:tcPr>
    </w:tblStylePr>
    <w:tblStylePr w:type="band1Horz">
      <w:tblPr/>
      <w:tcPr>
        <w:tcBorders>
          <w:insideH w:val="nil"/>
          <w:insideV w:val="nil"/>
        </w:tcBorders>
        <w:shd w:val="clear" w:color="auto" w:fill="FEF4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EA507D" w:themeColor="accent5" w:themeTint="BF"/>
        <w:left w:val="single" w:sz="8" w:space="0" w:color="EA507D" w:themeColor="accent5" w:themeTint="BF"/>
        <w:bottom w:val="single" w:sz="8" w:space="0" w:color="EA507D" w:themeColor="accent5" w:themeTint="BF"/>
        <w:right w:val="single" w:sz="8" w:space="0" w:color="EA507D" w:themeColor="accent5" w:themeTint="BF"/>
        <w:insideH w:val="single" w:sz="8" w:space="0" w:color="EA507D" w:themeColor="accent5" w:themeTint="BF"/>
      </w:tblBorders>
    </w:tblPr>
    <w:tblStylePr w:type="firstRow">
      <w:pPr>
        <w:spacing w:before="0" w:after="0" w:line="240" w:lineRule="auto"/>
      </w:pPr>
      <w:rPr>
        <w:b/>
        <w:bCs/>
        <w:color w:val="FFFFFF" w:themeColor="background1"/>
      </w:rPr>
      <w:tblPr/>
      <w:tcPr>
        <w:tcBorders>
          <w:top w:val="single" w:sz="8" w:space="0" w:color="EA507D" w:themeColor="accent5" w:themeTint="BF"/>
          <w:left w:val="single" w:sz="8" w:space="0" w:color="EA507D" w:themeColor="accent5" w:themeTint="BF"/>
          <w:bottom w:val="single" w:sz="8" w:space="0" w:color="EA507D" w:themeColor="accent5" w:themeTint="BF"/>
          <w:right w:val="single" w:sz="8" w:space="0" w:color="EA507D" w:themeColor="accent5" w:themeTint="BF"/>
          <w:insideH w:val="nil"/>
          <w:insideV w:val="nil"/>
        </w:tcBorders>
        <w:shd w:val="clear" w:color="auto" w:fill="E01A54" w:themeFill="accent5"/>
      </w:tcPr>
    </w:tblStylePr>
    <w:tblStylePr w:type="lastRow">
      <w:pPr>
        <w:spacing w:before="0" w:after="0" w:line="240" w:lineRule="auto"/>
      </w:pPr>
      <w:rPr>
        <w:b/>
        <w:bCs/>
      </w:rPr>
      <w:tblPr/>
      <w:tcPr>
        <w:tcBorders>
          <w:top w:val="double" w:sz="6" w:space="0" w:color="EA507D" w:themeColor="accent5" w:themeTint="BF"/>
          <w:left w:val="single" w:sz="8" w:space="0" w:color="EA507D" w:themeColor="accent5" w:themeTint="BF"/>
          <w:bottom w:val="single" w:sz="8" w:space="0" w:color="EA507D" w:themeColor="accent5" w:themeTint="BF"/>
          <w:right w:val="single" w:sz="8" w:space="0" w:color="EA507D" w:themeColor="accent5" w:themeTint="BF"/>
          <w:insideH w:val="nil"/>
          <w:insideV w:val="nil"/>
        </w:tcBorders>
      </w:tcPr>
    </w:tblStylePr>
    <w:tblStylePr w:type="firstCol">
      <w:rPr>
        <w:b/>
        <w:bCs/>
      </w:rPr>
    </w:tblStylePr>
    <w:tblStylePr w:type="lastCol">
      <w:rPr>
        <w:b/>
        <w:bCs/>
      </w:rPr>
    </w:tblStylePr>
    <w:tblStylePr w:type="band1Vert">
      <w:tblPr/>
      <w:tcPr>
        <w:shd w:val="clear" w:color="auto" w:fill="F8C5D4" w:themeFill="accent5" w:themeFillTint="3F"/>
      </w:tcPr>
    </w:tblStylePr>
    <w:tblStylePr w:type="band1Horz">
      <w:tblPr/>
      <w:tcPr>
        <w:tcBorders>
          <w:insideH w:val="nil"/>
          <w:insideV w:val="nil"/>
        </w:tcBorders>
        <w:shd w:val="clear" w:color="auto" w:fill="F8C5D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D27DB6" w:themeColor="accent6" w:themeTint="BF"/>
        <w:left w:val="single" w:sz="8" w:space="0" w:color="D27DB6" w:themeColor="accent6" w:themeTint="BF"/>
        <w:bottom w:val="single" w:sz="8" w:space="0" w:color="D27DB6" w:themeColor="accent6" w:themeTint="BF"/>
        <w:right w:val="single" w:sz="8" w:space="0" w:color="D27DB6" w:themeColor="accent6" w:themeTint="BF"/>
        <w:insideH w:val="single" w:sz="8" w:space="0" w:color="D27DB6" w:themeColor="accent6" w:themeTint="BF"/>
      </w:tblBorders>
    </w:tblPr>
    <w:tblStylePr w:type="firstRow">
      <w:pPr>
        <w:spacing w:before="0" w:after="0" w:line="240" w:lineRule="auto"/>
      </w:pPr>
      <w:rPr>
        <w:b/>
        <w:bCs/>
        <w:color w:val="FFFFFF" w:themeColor="background1"/>
      </w:rPr>
      <w:tblPr/>
      <w:tcPr>
        <w:tcBorders>
          <w:top w:val="single" w:sz="8" w:space="0" w:color="D27DB6" w:themeColor="accent6" w:themeTint="BF"/>
          <w:left w:val="single" w:sz="8" w:space="0" w:color="D27DB6" w:themeColor="accent6" w:themeTint="BF"/>
          <w:bottom w:val="single" w:sz="8" w:space="0" w:color="D27DB6" w:themeColor="accent6" w:themeTint="BF"/>
          <w:right w:val="single" w:sz="8" w:space="0" w:color="D27DB6" w:themeColor="accent6" w:themeTint="BF"/>
          <w:insideH w:val="nil"/>
          <w:insideV w:val="nil"/>
        </w:tcBorders>
        <w:shd w:val="clear" w:color="auto" w:fill="C3529E" w:themeFill="accent6"/>
      </w:tcPr>
    </w:tblStylePr>
    <w:tblStylePr w:type="lastRow">
      <w:pPr>
        <w:spacing w:before="0" w:after="0" w:line="240" w:lineRule="auto"/>
      </w:pPr>
      <w:rPr>
        <w:b/>
        <w:bCs/>
      </w:rPr>
      <w:tblPr/>
      <w:tcPr>
        <w:tcBorders>
          <w:top w:val="double" w:sz="6" w:space="0" w:color="D27DB6" w:themeColor="accent6" w:themeTint="BF"/>
          <w:left w:val="single" w:sz="8" w:space="0" w:color="D27DB6" w:themeColor="accent6" w:themeTint="BF"/>
          <w:bottom w:val="single" w:sz="8" w:space="0" w:color="D27DB6" w:themeColor="accent6" w:themeTint="BF"/>
          <w:right w:val="single" w:sz="8" w:space="0" w:color="D27DB6" w:themeColor="accent6" w:themeTint="BF"/>
          <w:insideH w:val="nil"/>
          <w:insideV w:val="nil"/>
        </w:tcBorders>
      </w:tcPr>
    </w:tblStylePr>
    <w:tblStylePr w:type="firstCol">
      <w:rPr>
        <w:b/>
        <w:bCs/>
      </w:rPr>
    </w:tblStylePr>
    <w:tblStylePr w:type="lastCol">
      <w:rPr>
        <w:b/>
        <w:bCs/>
      </w:rPr>
    </w:tblStylePr>
    <w:tblStylePr w:type="band1Vert">
      <w:tblPr/>
      <w:tcPr>
        <w:shd w:val="clear" w:color="auto" w:fill="F0D4E6" w:themeFill="accent6" w:themeFillTint="3F"/>
      </w:tcPr>
    </w:tblStylePr>
    <w:tblStylePr w:type="band1Horz">
      <w:tblPr/>
      <w:tcPr>
        <w:tcBorders>
          <w:insideH w:val="nil"/>
          <w:insideV w:val="nil"/>
        </w:tcBorders>
        <w:shd w:val="clear" w:color="auto" w:fill="F0D4E6"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C3493"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C3493" w:themeFill="accent1"/>
      </w:tcPr>
    </w:tblStylePr>
    <w:tblStylePr w:type="lastCol">
      <w:rPr>
        <w:b/>
        <w:bCs/>
        <w:color w:val="FFFFFF" w:themeColor="background1"/>
      </w:rPr>
      <w:tblPr/>
      <w:tcPr>
        <w:tcBorders>
          <w:left w:val="nil"/>
          <w:right w:val="nil"/>
          <w:insideH w:val="nil"/>
          <w:insideV w:val="nil"/>
        </w:tcBorders>
        <w:shd w:val="clear" w:color="auto" w:fill="2C3493"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AAE4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AAE42" w:themeFill="accent2"/>
      </w:tcPr>
    </w:tblStylePr>
    <w:tblStylePr w:type="lastCol">
      <w:rPr>
        <w:b/>
        <w:bCs/>
        <w:color w:val="FFFFFF" w:themeColor="background1"/>
      </w:rPr>
      <w:tblPr/>
      <w:tcPr>
        <w:tcBorders>
          <w:left w:val="nil"/>
          <w:right w:val="nil"/>
          <w:insideH w:val="nil"/>
          <w:insideV w:val="nil"/>
        </w:tcBorders>
        <w:shd w:val="clear" w:color="auto" w:fill="7AAE4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47527"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47527" w:themeFill="accent3"/>
      </w:tcPr>
    </w:tblStylePr>
    <w:tblStylePr w:type="lastCol">
      <w:rPr>
        <w:b/>
        <w:bCs/>
        <w:color w:val="FFFFFF" w:themeColor="background1"/>
      </w:rPr>
      <w:tblPr/>
      <w:tcPr>
        <w:tcBorders>
          <w:left w:val="nil"/>
          <w:right w:val="nil"/>
          <w:insideH w:val="nil"/>
          <w:insideV w:val="nil"/>
        </w:tcBorders>
        <w:shd w:val="clear" w:color="auto" w:fill="F47527"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ED304"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ED304" w:themeFill="accent4"/>
      </w:tcPr>
    </w:tblStylePr>
    <w:tblStylePr w:type="lastCol">
      <w:rPr>
        <w:b/>
        <w:bCs/>
        <w:color w:val="FFFFFF" w:themeColor="background1"/>
      </w:rPr>
      <w:tblPr/>
      <w:tcPr>
        <w:tcBorders>
          <w:left w:val="nil"/>
          <w:right w:val="nil"/>
          <w:insideH w:val="nil"/>
          <w:insideV w:val="nil"/>
        </w:tcBorders>
        <w:shd w:val="clear" w:color="auto" w:fill="FED304"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01A5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01A54" w:themeFill="accent5"/>
      </w:tcPr>
    </w:tblStylePr>
    <w:tblStylePr w:type="lastCol">
      <w:rPr>
        <w:b/>
        <w:bCs/>
        <w:color w:val="FFFFFF" w:themeColor="background1"/>
      </w:rPr>
      <w:tblPr/>
      <w:tcPr>
        <w:tcBorders>
          <w:left w:val="nil"/>
          <w:right w:val="nil"/>
          <w:insideH w:val="nil"/>
          <w:insideV w:val="nil"/>
        </w:tcBorders>
        <w:shd w:val="clear" w:color="auto" w:fill="E01A5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3529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3529E" w:themeFill="accent6"/>
      </w:tcPr>
    </w:tblStylePr>
    <w:tblStylePr w:type="lastCol">
      <w:rPr>
        <w:b/>
        <w:bCs/>
        <w:color w:val="FFFFFF" w:themeColor="background1"/>
      </w:rPr>
      <w:tblPr/>
      <w:tcPr>
        <w:tcBorders>
          <w:left w:val="nil"/>
          <w:right w:val="nil"/>
          <w:insideH w:val="nil"/>
          <w:insideV w:val="nil"/>
        </w:tcBorders>
        <w:shd w:val="clear" w:color="auto" w:fill="C3529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A52A3"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2C3493" w:themeColor="accent1"/>
        <w:bottom w:val="single" w:sz="8" w:space="0" w:color="2C3493" w:themeColor="accent1"/>
      </w:tblBorders>
    </w:tblPr>
    <w:tblStylePr w:type="firstRow">
      <w:rPr>
        <w:rFonts w:asciiTheme="majorHAnsi" w:eastAsiaTheme="majorEastAsia" w:hAnsiTheme="majorHAnsi" w:cstheme="majorBidi"/>
      </w:rPr>
      <w:tblPr/>
      <w:tcPr>
        <w:tcBorders>
          <w:top w:val="nil"/>
          <w:bottom w:val="single" w:sz="8" w:space="0" w:color="2C3493" w:themeColor="accent1"/>
        </w:tcBorders>
      </w:tcPr>
    </w:tblStylePr>
    <w:tblStylePr w:type="lastRow">
      <w:rPr>
        <w:b/>
        <w:bCs/>
        <w:color w:val="4A52A3" w:themeColor="text2"/>
      </w:rPr>
      <w:tblPr/>
      <w:tcPr>
        <w:tcBorders>
          <w:top w:val="single" w:sz="8" w:space="0" w:color="2C3493" w:themeColor="accent1"/>
          <w:bottom w:val="single" w:sz="8" w:space="0" w:color="2C3493" w:themeColor="accent1"/>
        </w:tcBorders>
      </w:tcPr>
    </w:tblStylePr>
    <w:tblStylePr w:type="firstCol">
      <w:rPr>
        <w:b/>
        <w:bCs/>
      </w:rPr>
    </w:tblStylePr>
    <w:tblStylePr w:type="lastCol">
      <w:rPr>
        <w:b/>
        <w:bCs/>
      </w:rPr>
      <w:tblPr/>
      <w:tcPr>
        <w:tcBorders>
          <w:top w:val="single" w:sz="8" w:space="0" w:color="2C3493" w:themeColor="accent1"/>
          <w:bottom w:val="single" w:sz="8" w:space="0" w:color="2C3493" w:themeColor="accent1"/>
        </w:tcBorders>
      </w:tcPr>
    </w:tblStylePr>
    <w:tblStylePr w:type="band1Vert">
      <w:tblPr/>
      <w:tcPr>
        <w:shd w:val="clear" w:color="auto" w:fill="C2C5EC" w:themeFill="accent1" w:themeFillTint="3F"/>
      </w:tcPr>
    </w:tblStylePr>
    <w:tblStylePr w:type="band1Horz">
      <w:tblPr/>
      <w:tcPr>
        <w:shd w:val="clear" w:color="auto" w:fill="C2C5EC"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7AAE42" w:themeColor="accent2"/>
        <w:bottom w:val="single" w:sz="8" w:space="0" w:color="7AAE42" w:themeColor="accent2"/>
      </w:tblBorders>
    </w:tblPr>
    <w:tblStylePr w:type="firstRow">
      <w:rPr>
        <w:rFonts w:asciiTheme="majorHAnsi" w:eastAsiaTheme="majorEastAsia" w:hAnsiTheme="majorHAnsi" w:cstheme="majorBidi"/>
      </w:rPr>
      <w:tblPr/>
      <w:tcPr>
        <w:tcBorders>
          <w:top w:val="nil"/>
          <w:bottom w:val="single" w:sz="8" w:space="0" w:color="7AAE42" w:themeColor="accent2"/>
        </w:tcBorders>
      </w:tcPr>
    </w:tblStylePr>
    <w:tblStylePr w:type="lastRow">
      <w:rPr>
        <w:b/>
        <w:bCs/>
        <w:color w:val="4A52A3" w:themeColor="text2"/>
      </w:rPr>
      <w:tblPr/>
      <w:tcPr>
        <w:tcBorders>
          <w:top w:val="single" w:sz="8" w:space="0" w:color="7AAE42" w:themeColor="accent2"/>
          <w:bottom w:val="single" w:sz="8" w:space="0" w:color="7AAE42" w:themeColor="accent2"/>
        </w:tcBorders>
      </w:tcPr>
    </w:tblStylePr>
    <w:tblStylePr w:type="firstCol">
      <w:rPr>
        <w:b/>
        <w:bCs/>
      </w:rPr>
    </w:tblStylePr>
    <w:tblStylePr w:type="lastCol">
      <w:rPr>
        <w:b/>
        <w:bCs/>
      </w:rPr>
      <w:tblPr/>
      <w:tcPr>
        <w:tcBorders>
          <w:top w:val="single" w:sz="8" w:space="0" w:color="7AAE42" w:themeColor="accent2"/>
          <w:bottom w:val="single" w:sz="8" w:space="0" w:color="7AAE42" w:themeColor="accent2"/>
        </w:tcBorders>
      </w:tcPr>
    </w:tblStylePr>
    <w:tblStylePr w:type="band1Vert">
      <w:tblPr/>
      <w:tcPr>
        <w:shd w:val="clear" w:color="auto" w:fill="DEECCE" w:themeFill="accent2" w:themeFillTint="3F"/>
      </w:tcPr>
    </w:tblStylePr>
    <w:tblStylePr w:type="band1Horz">
      <w:tblPr/>
      <w:tcPr>
        <w:shd w:val="clear" w:color="auto" w:fill="DEECCE"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F47527" w:themeColor="accent3"/>
        <w:bottom w:val="single" w:sz="8" w:space="0" w:color="F47527" w:themeColor="accent3"/>
      </w:tblBorders>
    </w:tblPr>
    <w:tblStylePr w:type="firstRow">
      <w:rPr>
        <w:rFonts w:asciiTheme="majorHAnsi" w:eastAsiaTheme="majorEastAsia" w:hAnsiTheme="majorHAnsi" w:cstheme="majorBidi"/>
      </w:rPr>
      <w:tblPr/>
      <w:tcPr>
        <w:tcBorders>
          <w:top w:val="nil"/>
          <w:bottom w:val="single" w:sz="8" w:space="0" w:color="F47527" w:themeColor="accent3"/>
        </w:tcBorders>
      </w:tcPr>
    </w:tblStylePr>
    <w:tblStylePr w:type="lastRow">
      <w:rPr>
        <w:b/>
        <w:bCs/>
        <w:color w:val="4A52A3" w:themeColor="text2"/>
      </w:rPr>
      <w:tblPr/>
      <w:tcPr>
        <w:tcBorders>
          <w:top w:val="single" w:sz="8" w:space="0" w:color="F47527" w:themeColor="accent3"/>
          <w:bottom w:val="single" w:sz="8" w:space="0" w:color="F47527" w:themeColor="accent3"/>
        </w:tcBorders>
      </w:tcPr>
    </w:tblStylePr>
    <w:tblStylePr w:type="firstCol">
      <w:rPr>
        <w:b/>
        <w:bCs/>
      </w:rPr>
    </w:tblStylePr>
    <w:tblStylePr w:type="lastCol">
      <w:rPr>
        <w:b/>
        <w:bCs/>
      </w:rPr>
      <w:tblPr/>
      <w:tcPr>
        <w:tcBorders>
          <w:top w:val="single" w:sz="8" w:space="0" w:color="F47527" w:themeColor="accent3"/>
          <w:bottom w:val="single" w:sz="8" w:space="0" w:color="F47527" w:themeColor="accent3"/>
        </w:tcBorders>
      </w:tcPr>
    </w:tblStylePr>
    <w:tblStylePr w:type="band1Vert">
      <w:tblPr/>
      <w:tcPr>
        <w:shd w:val="clear" w:color="auto" w:fill="FCDCC9" w:themeFill="accent3" w:themeFillTint="3F"/>
      </w:tcPr>
    </w:tblStylePr>
    <w:tblStylePr w:type="band1Horz">
      <w:tblPr/>
      <w:tcPr>
        <w:shd w:val="clear" w:color="auto" w:fill="FCDCC9"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ED304" w:themeColor="accent4"/>
        <w:bottom w:val="single" w:sz="8" w:space="0" w:color="FED304" w:themeColor="accent4"/>
      </w:tblBorders>
    </w:tblPr>
    <w:tblStylePr w:type="firstRow">
      <w:rPr>
        <w:rFonts w:asciiTheme="majorHAnsi" w:eastAsiaTheme="majorEastAsia" w:hAnsiTheme="majorHAnsi" w:cstheme="majorBidi"/>
      </w:rPr>
      <w:tblPr/>
      <w:tcPr>
        <w:tcBorders>
          <w:top w:val="nil"/>
          <w:bottom w:val="single" w:sz="8" w:space="0" w:color="FED304" w:themeColor="accent4"/>
        </w:tcBorders>
      </w:tcPr>
    </w:tblStylePr>
    <w:tblStylePr w:type="lastRow">
      <w:rPr>
        <w:b/>
        <w:bCs/>
        <w:color w:val="4A52A3" w:themeColor="text2"/>
      </w:rPr>
      <w:tblPr/>
      <w:tcPr>
        <w:tcBorders>
          <w:top w:val="single" w:sz="8" w:space="0" w:color="FED304" w:themeColor="accent4"/>
          <w:bottom w:val="single" w:sz="8" w:space="0" w:color="FED304" w:themeColor="accent4"/>
        </w:tcBorders>
      </w:tcPr>
    </w:tblStylePr>
    <w:tblStylePr w:type="firstCol">
      <w:rPr>
        <w:b/>
        <w:bCs/>
      </w:rPr>
    </w:tblStylePr>
    <w:tblStylePr w:type="lastCol">
      <w:rPr>
        <w:b/>
        <w:bCs/>
      </w:rPr>
      <w:tblPr/>
      <w:tcPr>
        <w:tcBorders>
          <w:top w:val="single" w:sz="8" w:space="0" w:color="FED304" w:themeColor="accent4"/>
          <w:bottom w:val="single" w:sz="8" w:space="0" w:color="FED304" w:themeColor="accent4"/>
        </w:tcBorders>
      </w:tcPr>
    </w:tblStylePr>
    <w:tblStylePr w:type="band1Vert">
      <w:tblPr/>
      <w:tcPr>
        <w:shd w:val="clear" w:color="auto" w:fill="FEF4C0" w:themeFill="accent4" w:themeFillTint="3F"/>
      </w:tcPr>
    </w:tblStylePr>
    <w:tblStylePr w:type="band1Horz">
      <w:tblPr/>
      <w:tcPr>
        <w:shd w:val="clear" w:color="auto" w:fill="FEF4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E01A54" w:themeColor="accent5"/>
        <w:bottom w:val="single" w:sz="8" w:space="0" w:color="E01A54" w:themeColor="accent5"/>
      </w:tblBorders>
    </w:tblPr>
    <w:tblStylePr w:type="firstRow">
      <w:rPr>
        <w:rFonts w:asciiTheme="majorHAnsi" w:eastAsiaTheme="majorEastAsia" w:hAnsiTheme="majorHAnsi" w:cstheme="majorBidi"/>
      </w:rPr>
      <w:tblPr/>
      <w:tcPr>
        <w:tcBorders>
          <w:top w:val="nil"/>
          <w:bottom w:val="single" w:sz="8" w:space="0" w:color="E01A54" w:themeColor="accent5"/>
        </w:tcBorders>
      </w:tcPr>
    </w:tblStylePr>
    <w:tblStylePr w:type="lastRow">
      <w:rPr>
        <w:b/>
        <w:bCs/>
        <w:color w:val="4A52A3" w:themeColor="text2"/>
      </w:rPr>
      <w:tblPr/>
      <w:tcPr>
        <w:tcBorders>
          <w:top w:val="single" w:sz="8" w:space="0" w:color="E01A54" w:themeColor="accent5"/>
          <w:bottom w:val="single" w:sz="8" w:space="0" w:color="E01A54" w:themeColor="accent5"/>
        </w:tcBorders>
      </w:tcPr>
    </w:tblStylePr>
    <w:tblStylePr w:type="firstCol">
      <w:rPr>
        <w:b/>
        <w:bCs/>
      </w:rPr>
    </w:tblStylePr>
    <w:tblStylePr w:type="lastCol">
      <w:rPr>
        <w:b/>
        <w:bCs/>
      </w:rPr>
      <w:tblPr/>
      <w:tcPr>
        <w:tcBorders>
          <w:top w:val="single" w:sz="8" w:space="0" w:color="E01A54" w:themeColor="accent5"/>
          <w:bottom w:val="single" w:sz="8" w:space="0" w:color="E01A54" w:themeColor="accent5"/>
        </w:tcBorders>
      </w:tcPr>
    </w:tblStylePr>
    <w:tblStylePr w:type="band1Vert">
      <w:tblPr/>
      <w:tcPr>
        <w:shd w:val="clear" w:color="auto" w:fill="F8C5D4" w:themeFill="accent5" w:themeFillTint="3F"/>
      </w:tcPr>
    </w:tblStylePr>
    <w:tblStylePr w:type="band1Horz">
      <w:tblPr/>
      <w:tcPr>
        <w:shd w:val="clear" w:color="auto" w:fill="F8C5D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C3529E" w:themeColor="accent6"/>
        <w:bottom w:val="single" w:sz="8" w:space="0" w:color="C3529E" w:themeColor="accent6"/>
      </w:tblBorders>
    </w:tblPr>
    <w:tblStylePr w:type="firstRow">
      <w:rPr>
        <w:rFonts w:asciiTheme="majorHAnsi" w:eastAsiaTheme="majorEastAsia" w:hAnsiTheme="majorHAnsi" w:cstheme="majorBidi"/>
      </w:rPr>
      <w:tblPr/>
      <w:tcPr>
        <w:tcBorders>
          <w:top w:val="nil"/>
          <w:bottom w:val="single" w:sz="8" w:space="0" w:color="C3529E" w:themeColor="accent6"/>
        </w:tcBorders>
      </w:tcPr>
    </w:tblStylePr>
    <w:tblStylePr w:type="lastRow">
      <w:rPr>
        <w:b/>
        <w:bCs/>
        <w:color w:val="4A52A3" w:themeColor="text2"/>
      </w:rPr>
      <w:tblPr/>
      <w:tcPr>
        <w:tcBorders>
          <w:top w:val="single" w:sz="8" w:space="0" w:color="C3529E" w:themeColor="accent6"/>
          <w:bottom w:val="single" w:sz="8" w:space="0" w:color="C3529E" w:themeColor="accent6"/>
        </w:tcBorders>
      </w:tcPr>
    </w:tblStylePr>
    <w:tblStylePr w:type="firstCol">
      <w:rPr>
        <w:b/>
        <w:bCs/>
      </w:rPr>
    </w:tblStylePr>
    <w:tblStylePr w:type="lastCol">
      <w:rPr>
        <w:b/>
        <w:bCs/>
      </w:rPr>
      <w:tblPr/>
      <w:tcPr>
        <w:tcBorders>
          <w:top w:val="single" w:sz="8" w:space="0" w:color="C3529E" w:themeColor="accent6"/>
          <w:bottom w:val="single" w:sz="8" w:space="0" w:color="C3529E" w:themeColor="accent6"/>
        </w:tcBorders>
      </w:tcPr>
    </w:tblStylePr>
    <w:tblStylePr w:type="band1Vert">
      <w:tblPr/>
      <w:tcPr>
        <w:shd w:val="clear" w:color="auto" w:fill="F0D4E6" w:themeFill="accent6" w:themeFillTint="3F"/>
      </w:tcPr>
    </w:tblStylePr>
    <w:tblStylePr w:type="band1Horz">
      <w:tblPr/>
      <w:tcPr>
        <w:shd w:val="clear" w:color="auto" w:fill="F0D4E6"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2C3493" w:themeColor="accent1"/>
        <w:left w:val="single" w:sz="8" w:space="0" w:color="2C3493" w:themeColor="accent1"/>
        <w:bottom w:val="single" w:sz="8" w:space="0" w:color="2C3493" w:themeColor="accent1"/>
        <w:right w:val="single" w:sz="8" w:space="0" w:color="2C3493" w:themeColor="accent1"/>
      </w:tblBorders>
    </w:tblPr>
    <w:tblStylePr w:type="firstRow">
      <w:rPr>
        <w:sz w:val="24"/>
        <w:szCs w:val="24"/>
      </w:rPr>
      <w:tblPr/>
      <w:tcPr>
        <w:tcBorders>
          <w:top w:val="nil"/>
          <w:left w:val="nil"/>
          <w:bottom w:val="single" w:sz="24" w:space="0" w:color="2C3493" w:themeColor="accent1"/>
          <w:right w:val="nil"/>
          <w:insideH w:val="nil"/>
          <w:insideV w:val="nil"/>
        </w:tcBorders>
        <w:shd w:val="clear" w:color="auto" w:fill="FFFFFF" w:themeFill="background1"/>
      </w:tcPr>
    </w:tblStylePr>
    <w:tblStylePr w:type="lastRow">
      <w:tblPr/>
      <w:tcPr>
        <w:tcBorders>
          <w:top w:val="single" w:sz="8" w:space="0" w:color="2C3493"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C3493" w:themeColor="accent1"/>
          <w:insideH w:val="nil"/>
          <w:insideV w:val="nil"/>
        </w:tcBorders>
        <w:shd w:val="clear" w:color="auto" w:fill="FFFFFF" w:themeFill="background1"/>
      </w:tcPr>
    </w:tblStylePr>
    <w:tblStylePr w:type="lastCol">
      <w:tblPr/>
      <w:tcPr>
        <w:tcBorders>
          <w:top w:val="nil"/>
          <w:left w:val="single" w:sz="8" w:space="0" w:color="2C3493"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2C5EC" w:themeFill="accent1" w:themeFillTint="3F"/>
      </w:tcPr>
    </w:tblStylePr>
    <w:tblStylePr w:type="band1Horz">
      <w:tblPr/>
      <w:tcPr>
        <w:tcBorders>
          <w:top w:val="nil"/>
          <w:bottom w:val="nil"/>
          <w:insideH w:val="nil"/>
          <w:insideV w:val="nil"/>
        </w:tcBorders>
        <w:shd w:val="clear" w:color="auto" w:fill="C2C5EC"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AAE42" w:themeColor="accent2"/>
        <w:left w:val="single" w:sz="8" w:space="0" w:color="7AAE42" w:themeColor="accent2"/>
        <w:bottom w:val="single" w:sz="8" w:space="0" w:color="7AAE42" w:themeColor="accent2"/>
        <w:right w:val="single" w:sz="8" w:space="0" w:color="7AAE42" w:themeColor="accent2"/>
      </w:tblBorders>
    </w:tblPr>
    <w:tblStylePr w:type="firstRow">
      <w:rPr>
        <w:sz w:val="24"/>
        <w:szCs w:val="24"/>
      </w:rPr>
      <w:tblPr/>
      <w:tcPr>
        <w:tcBorders>
          <w:top w:val="nil"/>
          <w:left w:val="nil"/>
          <w:bottom w:val="single" w:sz="24" w:space="0" w:color="7AAE42" w:themeColor="accent2"/>
          <w:right w:val="nil"/>
          <w:insideH w:val="nil"/>
          <w:insideV w:val="nil"/>
        </w:tcBorders>
        <w:shd w:val="clear" w:color="auto" w:fill="FFFFFF" w:themeFill="background1"/>
      </w:tcPr>
    </w:tblStylePr>
    <w:tblStylePr w:type="lastRow">
      <w:tblPr/>
      <w:tcPr>
        <w:tcBorders>
          <w:top w:val="single" w:sz="8" w:space="0" w:color="7AAE4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AAE42" w:themeColor="accent2"/>
          <w:insideH w:val="nil"/>
          <w:insideV w:val="nil"/>
        </w:tcBorders>
        <w:shd w:val="clear" w:color="auto" w:fill="FFFFFF" w:themeFill="background1"/>
      </w:tcPr>
    </w:tblStylePr>
    <w:tblStylePr w:type="lastCol">
      <w:tblPr/>
      <w:tcPr>
        <w:tcBorders>
          <w:top w:val="nil"/>
          <w:left w:val="single" w:sz="8" w:space="0" w:color="7AAE4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EECCE" w:themeFill="accent2" w:themeFillTint="3F"/>
      </w:tcPr>
    </w:tblStylePr>
    <w:tblStylePr w:type="band1Horz">
      <w:tblPr/>
      <w:tcPr>
        <w:tcBorders>
          <w:top w:val="nil"/>
          <w:bottom w:val="nil"/>
          <w:insideH w:val="nil"/>
          <w:insideV w:val="nil"/>
        </w:tcBorders>
        <w:shd w:val="clear" w:color="auto" w:fill="DEECCE"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47527" w:themeColor="accent3"/>
        <w:left w:val="single" w:sz="8" w:space="0" w:color="F47527" w:themeColor="accent3"/>
        <w:bottom w:val="single" w:sz="8" w:space="0" w:color="F47527" w:themeColor="accent3"/>
        <w:right w:val="single" w:sz="8" w:space="0" w:color="F47527" w:themeColor="accent3"/>
      </w:tblBorders>
    </w:tblPr>
    <w:tblStylePr w:type="firstRow">
      <w:rPr>
        <w:sz w:val="24"/>
        <w:szCs w:val="24"/>
      </w:rPr>
      <w:tblPr/>
      <w:tcPr>
        <w:tcBorders>
          <w:top w:val="nil"/>
          <w:left w:val="nil"/>
          <w:bottom w:val="single" w:sz="24" w:space="0" w:color="F47527" w:themeColor="accent3"/>
          <w:right w:val="nil"/>
          <w:insideH w:val="nil"/>
          <w:insideV w:val="nil"/>
        </w:tcBorders>
        <w:shd w:val="clear" w:color="auto" w:fill="FFFFFF" w:themeFill="background1"/>
      </w:tcPr>
    </w:tblStylePr>
    <w:tblStylePr w:type="lastRow">
      <w:tblPr/>
      <w:tcPr>
        <w:tcBorders>
          <w:top w:val="single" w:sz="8" w:space="0" w:color="F47527"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47527" w:themeColor="accent3"/>
          <w:insideH w:val="nil"/>
          <w:insideV w:val="nil"/>
        </w:tcBorders>
        <w:shd w:val="clear" w:color="auto" w:fill="FFFFFF" w:themeFill="background1"/>
      </w:tcPr>
    </w:tblStylePr>
    <w:tblStylePr w:type="lastCol">
      <w:tblPr/>
      <w:tcPr>
        <w:tcBorders>
          <w:top w:val="nil"/>
          <w:left w:val="single" w:sz="8" w:space="0" w:color="F47527"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CDCC9" w:themeFill="accent3" w:themeFillTint="3F"/>
      </w:tcPr>
    </w:tblStylePr>
    <w:tblStylePr w:type="band1Horz">
      <w:tblPr/>
      <w:tcPr>
        <w:tcBorders>
          <w:top w:val="nil"/>
          <w:bottom w:val="nil"/>
          <w:insideH w:val="nil"/>
          <w:insideV w:val="nil"/>
        </w:tcBorders>
        <w:shd w:val="clear" w:color="auto" w:fill="FCDCC9"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ED304" w:themeColor="accent4"/>
        <w:left w:val="single" w:sz="8" w:space="0" w:color="FED304" w:themeColor="accent4"/>
        <w:bottom w:val="single" w:sz="8" w:space="0" w:color="FED304" w:themeColor="accent4"/>
        <w:right w:val="single" w:sz="8" w:space="0" w:color="FED304" w:themeColor="accent4"/>
      </w:tblBorders>
    </w:tblPr>
    <w:tblStylePr w:type="firstRow">
      <w:rPr>
        <w:sz w:val="24"/>
        <w:szCs w:val="24"/>
      </w:rPr>
      <w:tblPr/>
      <w:tcPr>
        <w:tcBorders>
          <w:top w:val="nil"/>
          <w:left w:val="nil"/>
          <w:bottom w:val="single" w:sz="24" w:space="0" w:color="FED304" w:themeColor="accent4"/>
          <w:right w:val="nil"/>
          <w:insideH w:val="nil"/>
          <w:insideV w:val="nil"/>
        </w:tcBorders>
        <w:shd w:val="clear" w:color="auto" w:fill="FFFFFF" w:themeFill="background1"/>
      </w:tcPr>
    </w:tblStylePr>
    <w:tblStylePr w:type="lastRow">
      <w:tblPr/>
      <w:tcPr>
        <w:tcBorders>
          <w:top w:val="single" w:sz="8" w:space="0" w:color="FED304"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ED304" w:themeColor="accent4"/>
          <w:insideH w:val="nil"/>
          <w:insideV w:val="nil"/>
        </w:tcBorders>
        <w:shd w:val="clear" w:color="auto" w:fill="FFFFFF" w:themeFill="background1"/>
      </w:tcPr>
    </w:tblStylePr>
    <w:tblStylePr w:type="lastCol">
      <w:tblPr/>
      <w:tcPr>
        <w:tcBorders>
          <w:top w:val="nil"/>
          <w:left w:val="single" w:sz="8" w:space="0" w:color="FED304"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EF4C0" w:themeFill="accent4" w:themeFillTint="3F"/>
      </w:tcPr>
    </w:tblStylePr>
    <w:tblStylePr w:type="band1Horz">
      <w:tblPr/>
      <w:tcPr>
        <w:tcBorders>
          <w:top w:val="nil"/>
          <w:bottom w:val="nil"/>
          <w:insideH w:val="nil"/>
          <w:insideV w:val="nil"/>
        </w:tcBorders>
        <w:shd w:val="clear" w:color="auto" w:fill="FEF4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01A54" w:themeColor="accent5"/>
        <w:left w:val="single" w:sz="8" w:space="0" w:color="E01A54" w:themeColor="accent5"/>
        <w:bottom w:val="single" w:sz="8" w:space="0" w:color="E01A54" w:themeColor="accent5"/>
        <w:right w:val="single" w:sz="8" w:space="0" w:color="E01A54" w:themeColor="accent5"/>
      </w:tblBorders>
    </w:tblPr>
    <w:tblStylePr w:type="firstRow">
      <w:rPr>
        <w:sz w:val="24"/>
        <w:szCs w:val="24"/>
      </w:rPr>
      <w:tblPr/>
      <w:tcPr>
        <w:tcBorders>
          <w:top w:val="nil"/>
          <w:left w:val="nil"/>
          <w:bottom w:val="single" w:sz="24" w:space="0" w:color="E01A54" w:themeColor="accent5"/>
          <w:right w:val="nil"/>
          <w:insideH w:val="nil"/>
          <w:insideV w:val="nil"/>
        </w:tcBorders>
        <w:shd w:val="clear" w:color="auto" w:fill="FFFFFF" w:themeFill="background1"/>
      </w:tcPr>
    </w:tblStylePr>
    <w:tblStylePr w:type="lastRow">
      <w:tblPr/>
      <w:tcPr>
        <w:tcBorders>
          <w:top w:val="single" w:sz="8" w:space="0" w:color="E01A54"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01A54" w:themeColor="accent5"/>
          <w:insideH w:val="nil"/>
          <w:insideV w:val="nil"/>
        </w:tcBorders>
        <w:shd w:val="clear" w:color="auto" w:fill="FFFFFF" w:themeFill="background1"/>
      </w:tcPr>
    </w:tblStylePr>
    <w:tblStylePr w:type="lastCol">
      <w:tblPr/>
      <w:tcPr>
        <w:tcBorders>
          <w:top w:val="nil"/>
          <w:left w:val="single" w:sz="8" w:space="0" w:color="E01A5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8C5D4" w:themeFill="accent5" w:themeFillTint="3F"/>
      </w:tcPr>
    </w:tblStylePr>
    <w:tblStylePr w:type="band1Horz">
      <w:tblPr/>
      <w:tcPr>
        <w:tcBorders>
          <w:top w:val="nil"/>
          <w:bottom w:val="nil"/>
          <w:insideH w:val="nil"/>
          <w:insideV w:val="nil"/>
        </w:tcBorders>
        <w:shd w:val="clear" w:color="auto" w:fill="F8C5D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3529E" w:themeColor="accent6"/>
        <w:left w:val="single" w:sz="8" w:space="0" w:color="C3529E" w:themeColor="accent6"/>
        <w:bottom w:val="single" w:sz="8" w:space="0" w:color="C3529E" w:themeColor="accent6"/>
        <w:right w:val="single" w:sz="8" w:space="0" w:color="C3529E" w:themeColor="accent6"/>
      </w:tblBorders>
    </w:tblPr>
    <w:tblStylePr w:type="firstRow">
      <w:rPr>
        <w:sz w:val="24"/>
        <w:szCs w:val="24"/>
      </w:rPr>
      <w:tblPr/>
      <w:tcPr>
        <w:tcBorders>
          <w:top w:val="nil"/>
          <w:left w:val="nil"/>
          <w:bottom w:val="single" w:sz="24" w:space="0" w:color="C3529E" w:themeColor="accent6"/>
          <w:right w:val="nil"/>
          <w:insideH w:val="nil"/>
          <w:insideV w:val="nil"/>
        </w:tcBorders>
        <w:shd w:val="clear" w:color="auto" w:fill="FFFFFF" w:themeFill="background1"/>
      </w:tcPr>
    </w:tblStylePr>
    <w:tblStylePr w:type="lastRow">
      <w:tblPr/>
      <w:tcPr>
        <w:tcBorders>
          <w:top w:val="single" w:sz="8" w:space="0" w:color="C3529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3529E" w:themeColor="accent6"/>
          <w:insideH w:val="nil"/>
          <w:insideV w:val="nil"/>
        </w:tcBorders>
        <w:shd w:val="clear" w:color="auto" w:fill="FFFFFF" w:themeFill="background1"/>
      </w:tcPr>
    </w:tblStylePr>
    <w:tblStylePr w:type="lastCol">
      <w:tblPr/>
      <w:tcPr>
        <w:tcBorders>
          <w:top w:val="nil"/>
          <w:left w:val="single" w:sz="8" w:space="0" w:color="C3529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0D4E6" w:themeFill="accent6" w:themeFillTint="3F"/>
      </w:tcPr>
    </w:tblStylePr>
    <w:tblStylePr w:type="band1Horz">
      <w:tblPr/>
      <w:tcPr>
        <w:tcBorders>
          <w:top w:val="nil"/>
          <w:bottom w:val="nil"/>
          <w:insideH w:val="nil"/>
          <w:insideV w:val="nil"/>
        </w:tcBorders>
        <w:shd w:val="clear" w:color="auto" w:fill="F0D4E6"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4750C8" w:themeColor="accent1" w:themeTint="BF"/>
        <w:left w:val="single" w:sz="8" w:space="0" w:color="4750C8" w:themeColor="accent1" w:themeTint="BF"/>
        <w:bottom w:val="single" w:sz="8" w:space="0" w:color="4750C8" w:themeColor="accent1" w:themeTint="BF"/>
        <w:right w:val="single" w:sz="8" w:space="0" w:color="4750C8" w:themeColor="accent1" w:themeTint="BF"/>
        <w:insideH w:val="single" w:sz="8" w:space="0" w:color="4750C8" w:themeColor="accent1" w:themeTint="BF"/>
        <w:insideV w:val="single" w:sz="8" w:space="0" w:color="4750C8" w:themeColor="accent1" w:themeTint="BF"/>
      </w:tblBorders>
    </w:tblPr>
    <w:tcPr>
      <w:shd w:val="clear" w:color="auto" w:fill="C2C5EC" w:themeFill="accent1" w:themeFillTint="3F"/>
    </w:tcPr>
    <w:tblStylePr w:type="firstRow">
      <w:rPr>
        <w:b/>
        <w:bCs/>
      </w:rPr>
    </w:tblStylePr>
    <w:tblStylePr w:type="lastRow">
      <w:rPr>
        <w:b/>
        <w:bCs/>
      </w:rPr>
      <w:tblPr/>
      <w:tcPr>
        <w:tcBorders>
          <w:top w:val="single" w:sz="18" w:space="0" w:color="4750C8" w:themeColor="accent1" w:themeTint="BF"/>
        </w:tcBorders>
      </w:tcPr>
    </w:tblStylePr>
    <w:tblStylePr w:type="firstCol">
      <w:rPr>
        <w:b/>
        <w:bCs/>
      </w:rPr>
    </w:tblStylePr>
    <w:tblStylePr w:type="lastCol">
      <w:rPr>
        <w:b/>
        <w:bCs/>
      </w:rPr>
    </w:tblStylePr>
    <w:tblStylePr w:type="band1Vert">
      <w:tblPr/>
      <w:tcPr>
        <w:shd w:val="clear" w:color="auto" w:fill="848ADA" w:themeFill="accent1" w:themeFillTint="7F"/>
      </w:tcPr>
    </w:tblStylePr>
    <w:tblStylePr w:type="band1Horz">
      <w:tblPr/>
      <w:tcPr>
        <w:shd w:val="clear" w:color="auto" w:fill="848ADA"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9BC76C" w:themeColor="accent2" w:themeTint="BF"/>
        <w:left w:val="single" w:sz="8" w:space="0" w:color="9BC76C" w:themeColor="accent2" w:themeTint="BF"/>
        <w:bottom w:val="single" w:sz="8" w:space="0" w:color="9BC76C" w:themeColor="accent2" w:themeTint="BF"/>
        <w:right w:val="single" w:sz="8" w:space="0" w:color="9BC76C" w:themeColor="accent2" w:themeTint="BF"/>
        <w:insideH w:val="single" w:sz="8" w:space="0" w:color="9BC76C" w:themeColor="accent2" w:themeTint="BF"/>
        <w:insideV w:val="single" w:sz="8" w:space="0" w:color="9BC76C" w:themeColor="accent2" w:themeTint="BF"/>
      </w:tblBorders>
    </w:tblPr>
    <w:tcPr>
      <w:shd w:val="clear" w:color="auto" w:fill="DEECCE" w:themeFill="accent2" w:themeFillTint="3F"/>
    </w:tcPr>
    <w:tblStylePr w:type="firstRow">
      <w:rPr>
        <w:b/>
        <w:bCs/>
      </w:rPr>
    </w:tblStylePr>
    <w:tblStylePr w:type="lastRow">
      <w:rPr>
        <w:b/>
        <w:bCs/>
      </w:rPr>
      <w:tblPr/>
      <w:tcPr>
        <w:tcBorders>
          <w:top w:val="single" w:sz="18" w:space="0" w:color="9BC76C" w:themeColor="accent2" w:themeTint="BF"/>
        </w:tcBorders>
      </w:tcPr>
    </w:tblStylePr>
    <w:tblStylePr w:type="firstCol">
      <w:rPr>
        <w:b/>
        <w:bCs/>
      </w:rPr>
    </w:tblStylePr>
    <w:tblStylePr w:type="lastCol">
      <w:rPr>
        <w:b/>
        <w:bCs/>
      </w:rPr>
    </w:tblStylePr>
    <w:tblStylePr w:type="band1Vert">
      <w:tblPr/>
      <w:tcPr>
        <w:shd w:val="clear" w:color="auto" w:fill="BCDA9D" w:themeFill="accent2" w:themeFillTint="7F"/>
      </w:tcPr>
    </w:tblStylePr>
    <w:tblStylePr w:type="band1Horz">
      <w:tblPr/>
      <w:tcPr>
        <w:shd w:val="clear" w:color="auto" w:fill="BCDA9D"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F6975C" w:themeColor="accent3" w:themeTint="BF"/>
        <w:left w:val="single" w:sz="8" w:space="0" w:color="F6975C" w:themeColor="accent3" w:themeTint="BF"/>
        <w:bottom w:val="single" w:sz="8" w:space="0" w:color="F6975C" w:themeColor="accent3" w:themeTint="BF"/>
        <w:right w:val="single" w:sz="8" w:space="0" w:color="F6975C" w:themeColor="accent3" w:themeTint="BF"/>
        <w:insideH w:val="single" w:sz="8" w:space="0" w:color="F6975C" w:themeColor="accent3" w:themeTint="BF"/>
        <w:insideV w:val="single" w:sz="8" w:space="0" w:color="F6975C" w:themeColor="accent3" w:themeTint="BF"/>
      </w:tblBorders>
    </w:tblPr>
    <w:tcPr>
      <w:shd w:val="clear" w:color="auto" w:fill="FCDCC9" w:themeFill="accent3" w:themeFillTint="3F"/>
    </w:tcPr>
    <w:tblStylePr w:type="firstRow">
      <w:rPr>
        <w:b/>
        <w:bCs/>
      </w:rPr>
    </w:tblStylePr>
    <w:tblStylePr w:type="lastRow">
      <w:rPr>
        <w:b/>
        <w:bCs/>
      </w:rPr>
      <w:tblPr/>
      <w:tcPr>
        <w:tcBorders>
          <w:top w:val="single" w:sz="18" w:space="0" w:color="F6975C" w:themeColor="accent3" w:themeTint="BF"/>
        </w:tcBorders>
      </w:tcPr>
    </w:tblStylePr>
    <w:tblStylePr w:type="firstCol">
      <w:rPr>
        <w:b/>
        <w:bCs/>
      </w:rPr>
    </w:tblStylePr>
    <w:tblStylePr w:type="lastCol">
      <w:rPr>
        <w:b/>
        <w:bCs/>
      </w:rPr>
    </w:tblStylePr>
    <w:tblStylePr w:type="band1Vert">
      <w:tblPr/>
      <w:tcPr>
        <w:shd w:val="clear" w:color="auto" w:fill="F9BA93" w:themeFill="accent3" w:themeFillTint="7F"/>
      </w:tcPr>
    </w:tblStylePr>
    <w:tblStylePr w:type="band1Horz">
      <w:tblPr/>
      <w:tcPr>
        <w:shd w:val="clear" w:color="auto" w:fill="F9BA93"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EDD42" w:themeColor="accent4" w:themeTint="BF"/>
        <w:left w:val="single" w:sz="8" w:space="0" w:color="FEDD42" w:themeColor="accent4" w:themeTint="BF"/>
        <w:bottom w:val="single" w:sz="8" w:space="0" w:color="FEDD42" w:themeColor="accent4" w:themeTint="BF"/>
        <w:right w:val="single" w:sz="8" w:space="0" w:color="FEDD42" w:themeColor="accent4" w:themeTint="BF"/>
        <w:insideH w:val="single" w:sz="8" w:space="0" w:color="FEDD42" w:themeColor="accent4" w:themeTint="BF"/>
        <w:insideV w:val="single" w:sz="8" w:space="0" w:color="FEDD42" w:themeColor="accent4" w:themeTint="BF"/>
      </w:tblBorders>
    </w:tblPr>
    <w:tcPr>
      <w:shd w:val="clear" w:color="auto" w:fill="FEF4C0" w:themeFill="accent4" w:themeFillTint="3F"/>
    </w:tcPr>
    <w:tblStylePr w:type="firstRow">
      <w:rPr>
        <w:b/>
        <w:bCs/>
      </w:rPr>
    </w:tblStylePr>
    <w:tblStylePr w:type="lastRow">
      <w:rPr>
        <w:b/>
        <w:bCs/>
      </w:rPr>
      <w:tblPr/>
      <w:tcPr>
        <w:tcBorders>
          <w:top w:val="single" w:sz="18" w:space="0" w:color="FEDD42" w:themeColor="accent4" w:themeTint="BF"/>
        </w:tcBorders>
      </w:tcPr>
    </w:tblStylePr>
    <w:tblStylePr w:type="firstCol">
      <w:rPr>
        <w:b/>
        <w:bCs/>
      </w:rPr>
    </w:tblStylePr>
    <w:tblStylePr w:type="lastCol">
      <w:rPr>
        <w:b/>
        <w:bCs/>
      </w:rPr>
    </w:tblStylePr>
    <w:tblStylePr w:type="band1Vert">
      <w:tblPr/>
      <w:tcPr>
        <w:shd w:val="clear" w:color="auto" w:fill="FEE881" w:themeFill="accent4" w:themeFillTint="7F"/>
      </w:tcPr>
    </w:tblStylePr>
    <w:tblStylePr w:type="band1Horz">
      <w:tblPr/>
      <w:tcPr>
        <w:shd w:val="clear" w:color="auto" w:fill="FEE881"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EA507D" w:themeColor="accent5" w:themeTint="BF"/>
        <w:left w:val="single" w:sz="8" w:space="0" w:color="EA507D" w:themeColor="accent5" w:themeTint="BF"/>
        <w:bottom w:val="single" w:sz="8" w:space="0" w:color="EA507D" w:themeColor="accent5" w:themeTint="BF"/>
        <w:right w:val="single" w:sz="8" w:space="0" w:color="EA507D" w:themeColor="accent5" w:themeTint="BF"/>
        <w:insideH w:val="single" w:sz="8" w:space="0" w:color="EA507D" w:themeColor="accent5" w:themeTint="BF"/>
        <w:insideV w:val="single" w:sz="8" w:space="0" w:color="EA507D" w:themeColor="accent5" w:themeTint="BF"/>
      </w:tblBorders>
    </w:tblPr>
    <w:tcPr>
      <w:shd w:val="clear" w:color="auto" w:fill="F8C5D4" w:themeFill="accent5" w:themeFillTint="3F"/>
    </w:tcPr>
    <w:tblStylePr w:type="firstRow">
      <w:rPr>
        <w:b/>
        <w:bCs/>
      </w:rPr>
    </w:tblStylePr>
    <w:tblStylePr w:type="lastRow">
      <w:rPr>
        <w:b/>
        <w:bCs/>
      </w:rPr>
      <w:tblPr/>
      <w:tcPr>
        <w:tcBorders>
          <w:top w:val="single" w:sz="18" w:space="0" w:color="EA507D" w:themeColor="accent5" w:themeTint="BF"/>
        </w:tcBorders>
      </w:tcPr>
    </w:tblStylePr>
    <w:tblStylePr w:type="firstCol">
      <w:rPr>
        <w:b/>
        <w:bCs/>
      </w:rPr>
    </w:tblStylePr>
    <w:tblStylePr w:type="lastCol">
      <w:rPr>
        <w:b/>
        <w:bCs/>
      </w:rPr>
    </w:tblStylePr>
    <w:tblStylePr w:type="band1Vert">
      <w:tblPr/>
      <w:tcPr>
        <w:shd w:val="clear" w:color="auto" w:fill="F18AA8" w:themeFill="accent5" w:themeFillTint="7F"/>
      </w:tcPr>
    </w:tblStylePr>
    <w:tblStylePr w:type="band1Horz">
      <w:tblPr/>
      <w:tcPr>
        <w:shd w:val="clear" w:color="auto" w:fill="F18AA8"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D27DB6" w:themeColor="accent6" w:themeTint="BF"/>
        <w:left w:val="single" w:sz="8" w:space="0" w:color="D27DB6" w:themeColor="accent6" w:themeTint="BF"/>
        <w:bottom w:val="single" w:sz="8" w:space="0" w:color="D27DB6" w:themeColor="accent6" w:themeTint="BF"/>
        <w:right w:val="single" w:sz="8" w:space="0" w:color="D27DB6" w:themeColor="accent6" w:themeTint="BF"/>
        <w:insideH w:val="single" w:sz="8" w:space="0" w:color="D27DB6" w:themeColor="accent6" w:themeTint="BF"/>
        <w:insideV w:val="single" w:sz="8" w:space="0" w:color="D27DB6" w:themeColor="accent6" w:themeTint="BF"/>
      </w:tblBorders>
    </w:tblPr>
    <w:tcPr>
      <w:shd w:val="clear" w:color="auto" w:fill="F0D4E6" w:themeFill="accent6" w:themeFillTint="3F"/>
    </w:tcPr>
    <w:tblStylePr w:type="firstRow">
      <w:rPr>
        <w:b/>
        <w:bCs/>
      </w:rPr>
    </w:tblStylePr>
    <w:tblStylePr w:type="lastRow">
      <w:rPr>
        <w:b/>
        <w:bCs/>
      </w:rPr>
      <w:tblPr/>
      <w:tcPr>
        <w:tcBorders>
          <w:top w:val="single" w:sz="18" w:space="0" w:color="D27DB6" w:themeColor="accent6" w:themeTint="BF"/>
        </w:tcBorders>
      </w:tcPr>
    </w:tblStylePr>
    <w:tblStylePr w:type="firstCol">
      <w:rPr>
        <w:b/>
        <w:bCs/>
      </w:rPr>
    </w:tblStylePr>
    <w:tblStylePr w:type="lastCol">
      <w:rPr>
        <w:b/>
        <w:bCs/>
      </w:rPr>
    </w:tblStylePr>
    <w:tblStylePr w:type="band1Vert">
      <w:tblPr/>
      <w:tcPr>
        <w:shd w:val="clear" w:color="auto" w:fill="E1A8CE" w:themeFill="accent6" w:themeFillTint="7F"/>
      </w:tcPr>
    </w:tblStylePr>
    <w:tblStylePr w:type="band1Horz">
      <w:tblPr/>
      <w:tcPr>
        <w:shd w:val="clear" w:color="auto" w:fill="E1A8CE"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2C3493" w:themeColor="accent1"/>
        <w:left w:val="single" w:sz="8" w:space="0" w:color="2C3493" w:themeColor="accent1"/>
        <w:bottom w:val="single" w:sz="8" w:space="0" w:color="2C3493" w:themeColor="accent1"/>
        <w:right w:val="single" w:sz="8" w:space="0" w:color="2C3493" w:themeColor="accent1"/>
        <w:insideH w:val="single" w:sz="8" w:space="0" w:color="2C3493" w:themeColor="accent1"/>
        <w:insideV w:val="single" w:sz="8" w:space="0" w:color="2C3493" w:themeColor="accent1"/>
      </w:tblBorders>
    </w:tblPr>
    <w:tcPr>
      <w:shd w:val="clear" w:color="auto" w:fill="C2C5EC" w:themeFill="accent1" w:themeFillTint="3F"/>
    </w:tcPr>
    <w:tblStylePr w:type="firstRow">
      <w:rPr>
        <w:b/>
        <w:bCs/>
        <w:color w:val="000000" w:themeColor="text1"/>
      </w:rPr>
      <w:tblPr/>
      <w:tcPr>
        <w:shd w:val="clear" w:color="auto" w:fill="E6E8F7"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DD0F0" w:themeFill="accent1" w:themeFillTint="33"/>
      </w:tcPr>
    </w:tblStylePr>
    <w:tblStylePr w:type="band1Vert">
      <w:tblPr/>
      <w:tcPr>
        <w:shd w:val="clear" w:color="auto" w:fill="848ADA" w:themeFill="accent1" w:themeFillTint="7F"/>
      </w:tcPr>
    </w:tblStylePr>
    <w:tblStylePr w:type="band1Horz">
      <w:tblPr/>
      <w:tcPr>
        <w:tcBorders>
          <w:insideH w:val="single" w:sz="6" w:space="0" w:color="2C3493" w:themeColor="accent1"/>
          <w:insideV w:val="single" w:sz="6" w:space="0" w:color="2C3493" w:themeColor="accent1"/>
        </w:tcBorders>
        <w:shd w:val="clear" w:color="auto" w:fill="848AD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AAE42" w:themeColor="accent2"/>
        <w:left w:val="single" w:sz="8" w:space="0" w:color="7AAE42" w:themeColor="accent2"/>
        <w:bottom w:val="single" w:sz="8" w:space="0" w:color="7AAE42" w:themeColor="accent2"/>
        <w:right w:val="single" w:sz="8" w:space="0" w:color="7AAE42" w:themeColor="accent2"/>
        <w:insideH w:val="single" w:sz="8" w:space="0" w:color="7AAE42" w:themeColor="accent2"/>
        <w:insideV w:val="single" w:sz="8" w:space="0" w:color="7AAE42" w:themeColor="accent2"/>
      </w:tblBorders>
    </w:tblPr>
    <w:tcPr>
      <w:shd w:val="clear" w:color="auto" w:fill="DEECCE" w:themeFill="accent2" w:themeFillTint="3F"/>
    </w:tcPr>
    <w:tblStylePr w:type="firstRow">
      <w:rPr>
        <w:b/>
        <w:bCs/>
        <w:color w:val="000000" w:themeColor="text1"/>
      </w:rPr>
      <w:tblPr/>
      <w:tcPr>
        <w:shd w:val="clear" w:color="auto" w:fill="F1F7E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4F0D7" w:themeFill="accent2" w:themeFillTint="33"/>
      </w:tcPr>
    </w:tblStylePr>
    <w:tblStylePr w:type="band1Vert">
      <w:tblPr/>
      <w:tcPr>
        <w:shd w:val="clear" w:color="auto" w:fill="BCDA9D" w:themeFill="accent2" w:themeFillTint="7F"/>
      </w:tcPr>
    </w:tblStylePr>
    <w:tblStylePr w:type="band1Horz">
      <w:tblPr/>
      <w:tcPr>
        <w:tcBorders>
          <w:insideH w:val="single" w:sz="6" w:space="0" w:color="7AAE42" w:themeColor="accent2"/>
          <w:insideV w:val="single" w:sz="6" w:space="0" w:color="7AAE42" w:themeColor="accent2"/>
        </w:tcBorders>
        <w:shd w:val="clear" w:color="auto" w:fill="BCDA9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47527" w:themeColor="accent3"/>
        <w:left w:val="single" w:sz="8" w:space="0" w:color="F47527" w:themeColor="accent3"/>
        <w:bottom w:val="single" w:sz="8" w:space="0" w:color="F47527" w:themeColor="accent3"/>
        <w:right w:val="single" w:sz="8" w:space="0" w:color="F47527" w:themeColor="accent3"/>
        <w:insideH w:val="single" w:sz="8" w:space="0" w:color="F47527" w:themeColor="accent3"/>
        <w:insideV w:val="single" w:sz="8" w:space="0" w:color="F47527" w:themeColor="accent3"/>
      </w:tblBorders>
    </w:tblPr>
    <w:tcPr>
      <w:shd w:val="clear" w:color="auto" w:fill="FCDCC9" w:themeFill="accent3" w:themeFillTint="3F"/>
    </w:tcPr>
    <w:tblStylePr w:type="firstRow">
      <w:rPr>
        <w:b/>
        <w:bCs/>
        <w:color w:val="000000" w:themeColor="text1"/>
      </w:rPr>
      <w:tblPr/>
      <w:tcPr>
        <w:shd w:val="clear" w:color="auto" w:fill="FEF1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CE3D3" w:themeFill="accent3" w:themeFillTint="33"/>
      </w:tcPr>
    </w:tblStylePr>
    <w:tblStylePr w:type="band1Vert">
      <w:tblPr/>
      <w:tcPr>
        <w:shd w:val="clear" w:color="auto" w:fill="F9BA93" w:themeFill="accent3" w:themeFillTint="7F"/>
      </w:tcPr>
    </w:tblStylePr>
    <w:tblStylePr w:type="band1Horz">
      <w:tblPr/>
      <w:tcPr>
        <w:tcBorders>
          <w:insideH w:val="single" w:sz="6" w:space="0" w:color="F47527" w:themeColor="accent3"/>
          <w:insideV w:val="single" w:sz="6" w:space="0" w:color="F47527" w:themeColor="accent3"/>
        </w:tcBorders>
        <w:shd w:val="clear" w:color="auto" w:fill="F9BA93"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ED304" w:themeColor="accent4"/>
        <w:left w:val="single" w:sz="8" w:space="0" w:color="FED304" w:themeColor="accent4"/>
        <w:bottom w:val="single" w:sz="8" w:space="0" w:color="FED304" w:themeColor="accent4"/>
        <w:right w:val="single" w:sz="8" w:space="0" w:color="FED304" w:themeColor="accent4"/>
        <w:insideH w:val="single" w:sz="8" w:space="0" w:color="FED304" w:themeColor="accent4"/>
        <w:insideV w:val="single" w:sz="8" w:space="0" w:color="FED304" w:themeColor="accent4"/>
      </w:tblBorders>
    </w:tblPr>
    <w:tcPr>
      <w:shd w:val="clear" w:color="auto" w:fill="FEF4C0" w:themeFill="accent4" w:themeFillTint="3F"/>
    </w:tcPr>
    <w:tblStylePr w:type="firstRow">
      <w:rPr>
        <w:b/>
        <w:bCs/>
        <w:color w:val="000000" w:themeColor="text1"/>
      </w:rPr>
      <w:tblPr/>
      <w:tcPr>
        <w:shd w:val="clear" w:color="auto" w:fill="FFFA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EF6CC" w:themeFill="accent4" w:themeFillTint="33"/>
      </w:tcPr>
    </w:tblStylePr>
    <w:tblStylePr w:type="band1Vert">
      <w:tblPr/>
      <w:tcPr>
        <w:shd w:val="clear" w:color="auto" w:fill="FEE881" w:themeFill="accent4" w:themeFillTint="7F"/>
      </w:tcPr>
    </w:tblStylePr>
    <w:tblStylePr w:type="band1Horz">
      <w:tblPr/>
      <w:tcPr>
        <w:tcBorders>
          <w:insideH w:val="single" w:sz="6" w:space="0" w:color="FED304" w:themeColor="accent4"/>
          <w:insideV w:val="single" w:sz="6" w:space="0" w:color="FED304" w:themeColor="accent4"/>
        </w:tcBorders>
        <w:shd w:val="clear" w:color="auto" w:fill="FEE881"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01A54" w:themeColor="accent5"/>
        <w:left w:val="single" w:sz="8" w:space="0" w:color="E01A54" w:themeColor="accent5"/>
        <w:bottom w:val="single" w:sz="8" w:space="0" w:color="E01A54" w:themeColor="accent5"/>
        <w:right w:val="single" w:sz="8" w:space="0" w:color="E01A54" w:themeColor="accent5"/>
        <w:insideH w:val="single" w:sz="8" w:space="0" w:color="E01A54" w:themeColor="accent5"/>
        <w:insideV w:val="single" w:sz="8" w:space="0" w:color="E01A54" w:themeColor="accent5"/>
      </w:tblBorders>
    </w:tblPr>
    <w:tcPr>
      <w:shd w:val="clear" w:color="auto" w:fill="F8C5D4" w:themeFill="accent5" w:themeFillTint="3F"/>
    </w:tcPr>
    <w:tblStylePr w:type="firstRow">
      <w:rPr>
        <w:b/>
        <w:bCs/>
        <w:color w:val="000000" w:themeColor="text1"/>
      </w:rPr>
      <w:tblPr/>
      <w:tcPr>
        <w:shd w:val="clear" w:color="auto" w:fill="FCE8ED"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9D0DC" w:themeFill="accent5" w:themeFillTint="33"/>
      </w:tcPr>
    </w:tblStylePr>
    <w:tblStylePr w:type="band1Vert">
      <w:tblPr/>
      <w:tcPr>
        <w:shd w:val="clear" w:color="auto" w:fill="F18AA8" w:themeFill="accent5" w:themeFillTint="7F"/>
      </w:tcPr>
    </w:tblStylePr>
    <w:tblStylePr w:type="band1Horz">
      <w:tblPr/>
      <w:tcPr>
        <w:tcBorders>
          <w:insideH w:val="single" w:sz="6" w:space="0" w:color="E01A54" w:themeColor="accent5"/>
          <w:insideV w:val="single" w:sz="6" w:space="0" w:color="E01A54" w:themeColor="accent5"/>
        </w:tcBorders>
        <w:shd w:val="clear" w:color="auto" w:fill="F18AA8"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3529E" w:themeColor="accent6"/>
        <w:left w:val="single" w:sz="8" w:space="0" w:color="C3529E" w:themeColor="accent6"/>
        <w:bottom w:val="single" w:sz="8" w:space="0" w:color="C3529E" w:themeColor="accent6"/>
        <w:right w:val="single" w:sz="8" w:space="0" w:color="C3529E" w:themeColor="accent6"/>
        <w:insideH w:val="single" w:sz="8" w:space="0" w:color="C3529E" w:themeColor="accent6"/>
        <w:insideV w:val="single" w:sz="8" w:space="0" w:color="C3529E" w:themeColor="accent6"/>
      </w:tblBorders>
    </w:tblPr>
    <w:tcPr>
      <w:shd w:val="clear" w:color="auto" w:fill="F0D4E6" w:themeFill="accent6" w:themeFillTint="3F"/>
    </w:tcPr>
    <w:tblStylePr w:type="firstRow">
      <w:rPr>
        <w:b/>
        <w:bCs/>
        <w:color w:val="000000" w:themeColor="text1"/>
      </w:rPr>
      <w:tblPr/>
      <w:tcPr>
        <w:shd w:val="clear" w:color="auto" w:fill="F9EDF5"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3DCEB" w:themeFill="accent6" w:themeFillTint="33"/>
      </w:tcPr>
    </w:tblStylePr>
    <w:tblStylePr w:type="band1Vert">
      <w:tblPr/>
      <w:tcPr>
        <w:shd w:val="clear" w:color="auto" w:fill="E1A8CE" w:themeFill="accent6" w:themeFillTint="7F"/>
      </w:tcPr>
    </w:tblStylePr>
    <w:tblStylePr w:type="band1Horz">
      <w:tblPr/>
      <w:tcPr>
        <w:tcBorders>
          <w:insideH w:val="single" w:sz="6" w:space="0" w:color="C3529E" w:themeColor="accent6"/>
          <w:insideV w:val="single" w:sz="6" w:space="0" w:color="C3529E" w:themeColor="accent6"/>
        </w:tcBorders>
        <w:shd w:val="clear" w:color="auto" w:fill="E1A8CE"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2C5EC"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C3493"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C3493"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C3493"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C3493"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48AD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48ADA"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EECCE"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AAE4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AAE4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AAE4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AAE4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CDA9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CDA9D"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CDCC9"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47527"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47527"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47527"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47527"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9BA93"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9BA93"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EF4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ED304"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ED304"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ED304"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ED304"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EE881"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EE881"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8C5D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01A5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01A5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01A5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01A5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18AA8"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18AA8"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0D4E6"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3529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3529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3529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3529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1A8CE"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1A8CE"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2C3493"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61949"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1266E"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1266E" w:themeFill="accent1" w:themeFillShade="BF"/>
      </w:tcPr>
    </w:tblStylePr>
    <w:tblStylePr w:type="band1Vert">
      <w:tblPr/>
      <w:tcPr>
        <w:tcBorders>
          <w:top w:val="nil"/>
          <w:left w:val="nil"/>
          <w:bottom w:val="nil"/>
          <w:right w:val="nil"/>
          <w:insideH w:val="nil"/>
          <w:insideV w:val="nil"/>
        </w:tcBorders>
        <w:shd w:val="clear" w:color="auto" w:fill="21266E" w:themeFill="accent1" w:themeFillShade="BF"/>
      </w:tcPr>
    </w:tblStylePr>
    <w:tblStylePr w:type="band1Horz">
      <w:tblPr/>
      <w:tcPr>
        <w:tcBorders>
          <w:top w:val="nil"/>
          <w:left w:val="nil"/>
          <w:bottom w:val="nil"/>
          <w:right w:val="nil"/>
          <w:insideH w:val="nil"/>
          <w:insideV w:val="nil"/>
        </w:tcBorders>
        <w:shd w:val="clear" w:color="auto" w:fill="21266E"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7AAE4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C5621"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B823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B8231" w:themeFill="accent2" w:themeFillShade="BF"/>
      </w:tcPr>
    </w:tblStylePr>
    <w:tblStylePr w:type="band1Vert">
      <w:tblPr/>
      <w:tcPr>
        <w:tcBorders>
          <w:top w:val="nil"/>
          <w:left w:val="nil"/>
          <w:bottom w:val="nil"/>
          <w:right w:val="nil"/>
          <w:insideH w:val="nil"/>
          <w:insideV w:val="nil"/>
        </w:tcBorders>
        <w:shd w:val="clear" w:color="auto" w:fill="5B8231" w:themeFill="accent2" w:themeFillShade="BF"/>
      </w:tcPr>
    </w:tblStylePr>
    <w:tblStylePr w:type="band1Horz">
      <w:tblPr/>
      <w:tcPr>
        <w:tcBorders>
          <w:top w:val="nil"/>
          <w:left w:val="nil"/>
          <w:bottom w:val="nil"/>
          <w:right w:val="nil"/>
          <w:insideH w:val="nil"/>
          <w:insideV w:val="nil"/>
        </w:tcBorders>
        <w:shd w:val="clear" w:color="auto" w:fill="5B823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F47527"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53707"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C9520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C9520A" w:themeFill="accent3" w:themeFillShade="BF"/>
      </w:tcPr>
    </w:tblStylePr>
    <w:tblStylePr w:type="band1Vert">
      <w:tblPr/>
      <w:tcPr>
        <w:tcBorders>
          <w:top w:val="nil"/>
          <w:left w:val="nil"/>
          <w:bottom w:val="nil"/>
          <w:right w:val="nil"/>
          <w:insideH w:val="nil"/>
          <w:insideV w:val="nil"/>
        </w:tcBorders>
        <w:shd w:val="clear" w:color="auto" w:fill="C9520A" w:themeFill="accent3" w:themeFillShade="BF"/>
      </w:tcPr>
    </w:tblStylePr>
    <w:tblStylePr w:type="band1Horz">
      <w:tblPr/>
      <w:tcPr>
        <w:tcBorders>
          <w:top w:val="nil"/>
          <w:left w:val="nil"/>
          <w:bottom w:val="nil"/>
          <w:right w:val="nil"/>
          <w:insideH w:val="nil"/>
          <w:insideV w:val="nil"/>
        </w:tcBorders>
        <w:shd w:val="clear" w:color="auto" w:fill="C9520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ED304"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69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C09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C09F00" w:themeFill="accent4" w:themeFillShade="BF"/>
      </w:tcPr>
    </w:tblStylePr>
    <w:tblStylePr w:type="band1Vert">
      <w:tblPr/>
      <w:tcPr>
        <w:tcBorders>
          <w:top w:val="nil"/>
          <w:left w:val="nil"/>
          <w:bottom w:val="nil"/>
          <w:right w:val="nil"/>
          <w:insideH w:val="nil"/>
          <w:insideV w:val="nil"/>
        </w:tcBorders>
        <w:shd w:val="clear" w:color="auto" w:fill="C09F00" w:themeFill="accent4" w:themeFillShade="BF"/>
      </w:tcPr>
    </w:tblStylePr>
    <w:tblStylePr w:type="band1Horz">
      <w:tblPr/>
      <w:tcPr>
        <w:tcBorders>
          <w:top w:val="nil"/>
          <w:left w:val="nil"/>
          <w:bottom w:val="nil"/>
          <w:right w:val="nil"/>
          <w:insideH w:val="nil"/>
          <w:insideV w:val="nil"/>
        </w:tcBorders>
        <w:shd w:val="clear" w:color="auto" w:fill="C09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E01A5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F0D29"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A7133E"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A7133E" w:themeFill="accent5" w:themeFillShade="BF"/>
      </w:tcPr>
    </w:tblStylePr>
    <w:tblStylePr w:type="band1Vert">
      <w:tblPr/>
      <w:tcPr>
        <w:tcBorders>
          <w:top w:val="nil"/>
          <w:left w:val="nil"/>
          <w:bottom w:val="nil"/>
          <w:right w:val="nil"/>
          <w:insideH w:val="nil"/>
          <w:insideV w:val="nil"/>
        </w:tcBorders>
        <w:shd w:val="clear" w:color="auto" w:fill="A7133E" w:themeFill="accent5" w:themeFillShade="BF"/>
      </w:tcPr>
    </w:tblStylePr>
    <w:tblStylePr w:type="band1Horz">
      <w:tblPr/>
      <w:tcPr>
        <w:tcBorders>
          <w:top w:val="nil"/>
          <w:left w:val="nil"/>
          <w:bottom w:val="nil"/>
          <w:right w:val="nil"/>
          <w:insideH w:val="nil"/>
          <w:insideV w:val="nil"/>
        </w:tcBorders>
        <w:shd w:val="clear" w:color="auto" w:fill="A7133E"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C3529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6235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993578"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993578" w:themeFill="accent6" w:themeFillShade="BF"/>
      </w:tcPr>
    </w:tblStylePr>
    <w:tblStylePr w:type="band1Vert">
      <w:tblPr/>
      <w:tcPr>
        <w:tcBorders>
          <w:top w:val="nil"/>
          <w:left w:val="nil"/>
          <w:bottom w:val="nil"/>
          <w:right w:val="nil"/>
          <w:insideH w:val="nil"/>
          <w:insideV w:val="nil"/>
        </w:tcBorders>
        <w:shd w:val="clear" w:color="auto" w:fill="993578" w:themeFill="accent6" w:themeFillShade="BF"/>
      </w:tcPr>
    </w:tblStylePr>
    <w:tblStylePr w:type="band1Horz">
      <w:tblPr/>
      <w:tcPr>
        <w:tcBorders>
          <w:top w:val="nil"/>
          <w:left w:val="nil"/>
          <w:bottom w:val="nil"/>
          <w:right w:val="nil"/>
          <w:insideH w:val="nil"/>
          <w:insideV w:val="nil"/>
        </w:tcBorders>
        <w:shd w:val="clear" w:color="auto" w:fill="993578"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7AAE4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7AAE4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7AAE42" w:themeColor="accent2"/>
        <w:left w:val="single" w:sz="4" w:space="0" w:color="2C3493" w:themeColor="accent1"/>
        <w:bottom w:val="single" w:sz="4" w:space="0" w:color="2C3493" w:themeColor="accent1"/>
        <w:right w:val="single" w:sz="4" w:space="0" w:color="2C3493" w:themeColor="accent1"/>
        <w:insideH w:val="single" w:sz="4" w:space="0" w:color="FFFFFF" w:themeColor="background1"/>
        <w:insideV w:val="single" w:sz="4" w:space="0" w:color="FFFFFF" w:themeColor="background1"/>
      </w:tblBorders>
    </w:tblPr>
    <w:tcPr>
      <w:shd w:val="clear" w:color="auto" w:fill="E6E8F7" w:themeFill="accent1" w:themeFillTint="19"/>
    </w:tcPr>
    <w:tblStylePr w:type="firstRow">
      <w:rPr>
        <w:b/>
        <w:bCs/>
      </w:rPr>
      <w:tblPr/>
      <w:tcPr>
        <w:tcBorders>
          <w:top w:val="nil"/>
          <w:left w:val="nil"/>
          <w:bottom w:val="single" w:sz="24" w:space="0" w:color="7AAE4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A1F57" w:themeFill="accent1" w:themeFillShade="99"/>
      </w:tcPr>
    </w:tblStylePr>
    <w:tblStylePr w:type="firstCol">
      <w:rPr>
        <w:color w:val="FFFFFF" w:themeColor="background1"/>
      </w:rPr>
      <w:tblPr/>
      <w:tcPr>
        <w:tcBorders>
          <w:top w:val="nil"/>
          <w:left w:val="nil"/>
          <w:bottom w:val="nil"/>
          <w:right w:val="nil"/>
          <w:insideH w:val="single" w:sz="4" w:space="0" w:color="1A1F57" w:themeColor="accent1" w:themeShade="99"/>
          <w:insideV w:val="nil"/>
        </w:tcBorders>
        <w:shd w:val="clear" w:color="auto" w:fill="1A1F57"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1A1F57" w:themeFill="accent1" w:themeFillShade="99"/>
      </w:tcPr>
    </w:tblStylePr>
    <w:tblStylePr w:type="band1Vert">
      <w:tblPr/>
      <w:tcPr>
        <w:shd w:val="clear" w:color="auto" w:fill="9CA1E1" w:themeFill="accent1" w:themeFillTint="66"/>
      </w:tcPr>
    </w:tblStylePr>
    <w:tblStylePr w:type="band1Horz">
      <w:tblPr/>
      <w:tcPr>
        <w:shd w:val="clear" w:color="auto" w:fill="848AD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7AAE42" w:themeColor="accent2"/>
        <w:left w:val="single" w:sz="4" w:space="0" w:color="7AAE42" w:themeColor="accent2"/>
        <w:bottom w:val="single" w:sz="4" w:space="0" w:color="7AAE42" w:themeColor="accent2"/>
        <w:right w:val="single" w:sz="4" w:space="0" w:color="7AAE42" w:themeColor="accent2"/>
        <w:insideH w:val="single" w:sz="4" w:space="0" w:color="FFFFFF" w:themeColor="background1"/>
        <w:insideV w:val="single" w:sz="4" w:space="0" w:color="FFFFFF" w:themeColor="background1"/>
      </w:tblBorders>
    </w:tblPr>
    <w:tcPr>
      <w:shd w:val="clear" w:color="auto" w:fill="F1F7EB" w:themeFill="accent2" w:themeFillTint="19"/>
    </w:tcPr>
    <w:tblStylePr w:type="firstRow">
      <w:rPr>
        <w:b/>
        <w:bCs/>
      </w:rPr>
      <w:tblPr/>
      <w:tcPr>
        <w:tcBorders>
          <w:top w:val="nil"/>
          <w:left w:val="nil"/>
          <w:bottom w:val="single" w:sz="24" w:space="0" w:color="7AAE4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96827" w:themeFill="accent2" w:themeFillShade="99"/>
      </w:tcPr>
    </w:tblStylePr>
    <w:tblStylePr w:type="firstCol">
      <w:rPr>
        <w:color w:val="FFFFFF" w:themeColor="background1"/>
      </w:rPr>
      <w:tblPr/>
      <w:tcPr>
        <w:tcBorders>
          <w:top w:val="nil"/>
          <w:left w:val="nil"/>
          <w:bottom w:val="nil"/>
          <w:right w:val="nil"/>
          <w:insideH w:val="single" w:sz="4" w:space="0" w:color="496827" w:themeColor="accent2" w:themeShade="99"/>
          <w:insideV w:val="nil"/>
        </w:tcBorders>
        <w:shd w:val="clear" w:color="auto" w:fill="496827"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496827" w:themeFill="accent2" w:themeFillShade="99"/>
      </w:tcPr>
    </w:tblStylePr>
    <w:tblStylePr w:type="band1Vert">
      <w:tblPr/>
      <w:tcPr>
        <w:shd w:val="clear" w:color="auto" w:fill="C9E1B0" w:themeFill="accent2" w:themeFillTint="66"/>
      </w:tcPr>
    </w:tblStylePr>
    <w:tblStylePr w:type="band1Horz">
      <w:tblPr/>
      <w:tcPr>
        <w:shd w:val="clear" w:color="auto" w:fill="BCDA9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ED304" w:themeColor="accent4"/>
        <w:left w:val="single" w:sz="4" w:space="0" w:color="F47527" w:themeColor="accent3"/>
        <w:bottom w:val="single" w:sz="4" w:space="0" w:color="F47527" w:themeColor="accent3"/>
        <w:right w:val="single" w:sz="4" w:space="0" w:color="F47527" w:themeColor="accent3"/>
        <w:insideH w:val="single" w:sz="4" w:space="0" w:color="FFFFFF" w:themeColor="background1"/>
        <w:insideV w:val="single" w:sz="4" w:space="0" w:color="FFFFFF" w:themeColor="background1"/>
      </w:tblBorders>
    </w:tblPr>
    <w:tcPr>
      <w:shd w:val="clear" w:color="auto" w:fill="FEF1E9" w:themeFill="accent3" w:themeFillTint="19"/>
    </w:tcPr>
    <w:tblStylePr w:type="firstRow">
      <w:rPr>
        <w:b/>
        <w:bCs/>
      </w:rPr>
      <w:tblPr/>
      <w:tcPr>
        <w:tcBorders>
          <w:top w:val="nil"/>
          <w:left w:val="nil"/>
          <w:bottom w:val="single" w:sz="24" w:space="0" w:color="FED304"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14208" w:themeFill="accent3" w:themeFillShade="99"/>
      </w:tcPr>
    </w:tblStylePr>
    <w:tblStylePr w:type="firstCol">
      <w:rPr>
        <w:color w:val="FFFFFF" w:themeColor="background1"/>
      </w:rPr>
      <w:tblPr/>
      <w:tcPr>
        <w:tcBorders>
          <w:top w:val="nil"/>
          <w:left w:val="nil"/>
          <w:bottom w:val="nil"/>
          <w:right w:val="nil"/>
          <w:insideH w:val="single" w:sz="4" w:space="0" w:color="A14208" w:themeColor="accent3" w:themeShade="99"/>
          <w:insideV w:val="nil"/>
        </w:tcBorders>
        <w:shd w:val="clear" w:color="auto" w:fill="A14208"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A14208" w:themeFill="accent3" w:themeFillShade="99"/>
      </w:tcPr>
    </w:tblStylePr>
    <w:tblStylePr w:type="band1Vert">
      <w:tblPr/>
      <w:tcPr>
        <w:shd w:val="clear" w:color="auto" w:fill="FAC7A8" w:themeFill="accent3" w:themeFillTint="66"/>
      </w:tcPr>
    </w:tblStylePr>
    <w:tblStylePr w:type="band1Horz">
      <w:tblPr/>
      <w:tcPr>
        <w:shd w:val="clear" w:color="auto" w:fill="F9BA93"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F47527" w:themeColor="accent3"/>
        <w:left w:val="single" w:sz="4" w:space="0" w:color="FED304" w:themeColor="accent4"/>
        <w:bottom w:val="single" w:sz="4" w:space="0" w:color="FED304" w:themeColor="accent4"/>
        <w:right w:val="single" w:sz="4" w:space="0" w:color="FED304" w:themeColor="accent4"/>
        <w:insideH w:val="single" w:sz="4" w:space="0" w:color="FFFFFF" w:themeColor="background1"/>
        <w:insideV w:val="single" w:sz="4" w:space="0" w:color="FFFFFF" w:themeColor="background1"/>
      </w:tblBorders>
    </w:tblPr>
    <w:tcPr>
      <w:shd w:val="clear" w:color="auto" w:fill="FFFAE6" w:themeFill="accent4" w:themeFillTint="19"/>
    </w:tcPr>
    <w:tblStylePr w:type="firstRow">
      <w:rPr>
        <w:b/>
        <w:bCs/>
      </w:rPr>
      <w:tblPr/>
      <w:tcPr>
        <w:tcBorders>
          <w:top w:val="nil"/>
          <w:left w:val="nil"/>
          <w:bottom w:val="single" w:sz="24" w:space="0" w:color="F47527"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A7F00" w:themeFill="accent4" w:themeFillShade="99"/>
      </w:tcPr>
    </w:tblStylePr>
    <w:tblStylePr w:type="firstCol">
      <w:rPr>
        <w:color w:val="FFFFFF" w:themeColor="background1"/>
      </w:rPr>
      <w:tblPr/>
      <w:tcPr>
        <w:tcBorders>
          <w:top w:val="nil"/>
          <w:left w:val="nil"/>
          <w:bottom w:val="nil"/>
          <w:right w:val="nil"/>
          <w:insideH w:val="single" w:sz="4" w:space="0" w:color="9A7F00" w:themeColor="accent4" w:themeShade="99"/>
          <w:insideV w:val="nil"/>
        </w:tcBorders>
        <w:shd w:val="clear" w:color="auto" w:fill="9A7F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A7F00" w:themeFill="accent4" w:themeFillShade="99"/>
      </w:tcPr>
    </w:tblStylePr>
    <w:tblStylePr w:type="band1Vert">
      <w:tblPr/>
      <w:tcPr>
        <w:shd w:val="clear" w:color="auto" w:fill="FEED9A" w:themeFill="accent4" w:themeFillTint="66"/>
      </w:tcPr>
    </w:tblStylePr>
    <w:tblStylePr w:type="band1Horz">
      <w:tblPr/>
      <w:tcPr>
        <w:shd w:val="clear" w:color="auto" w:fill="FEE881"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C3529E" w:themeColor="accent6"/>
        <w:left w:val="single" w:sz="4" w:space="0" w:color="E01A54" w:themeColor="accent5"/>
        <w:bottom w:val="single" w:sz="4" w:space="0" w:color="E01A54" w:themeColor="accent5"/>
        <w:right w:val="single" w:sz="4" w:space="0" w:color="E01A54" w:themeColor="accent5"/>
        <w:insideH w:val="single" w:sz="4" w:space="0" w:color="FFFFFF" w:themeColor="background1"/>
        <w:insideV w:val="single" w:sz="4" w:space="0" w:color="FFFFFF" w:themeColor="background1"/>
      </w:tblBorders>
    </w:tblPr>
    <w:tcPr>
      <w:shd w:val="clear" w:color="auto" w:fill="FCE8ED" w:themeFill="accent5" w:themeFillTint="19"/>
    </w:tcPr>
    <w:tblStylePr w:type="firstRow">
      <w:rPr>
        <w:b/>
        <w:bCs/>
      </w:rPr>
      <w:tblPr/>
      <w:tcPr>
        <w:tcBorders>
          <w:top w:val="nil"/>
          <w:left w:val="nil"/>
          <w:bottom w:val="single" w:sz="24" w:space="0" w:color="C3529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60F32" w:themeFill="accent5" w:themeFillShade="99"/>
      </w:tcPr>
    </w:tblStylePr>
    <w:tblStylePr w:type="firstCol">
      <w:rPr>
        <w:color w:val="FFFFFF" w:themeColor="background1"/>
      </w:rPr>
      <w:tblPr/>
      <w:tcPr>
        <w:tcBorders>
          <w:top w:val="nil"/>
          <w:left w:val="nil"/>
          <w:bottom w:val="nil"/>
          <w:right w:val="nil"/>
          <w:insideH w:val="single" w:sz="4" w:space="0" w:color="860F32" w:themeColor="accent5" w:themeShade="99"/>
          <w:insideV w:val="nil"/>
        </w:tcBorders>
        <w:shd w:val="clear" w:color="auto" w:fill="860F32"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860F32" w:themeFill="accent5" w:themeFillShade="99"/>
      </w:tcPr>
    </w:tblStylePr>
    <w:tblStylePr w:type="band1Vert">
      <w:tblPr/>
      <w:tcPr>
        <w:shd w:val="clear" w:color="auto" w:fill="F4A1B9" w:themeFill="accent5" w:themeFillTint="66"/>
      </w:tcPr>
    </w:tblStylePr>
    <w:tblStylePr w:type="band1Horz">
      <w:tblPr/>
      <w:tcPr>
        <w:shd w:val="clear" w:color="auto" w:fill="F18AA8"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E01A54" w:themeColor="accent5"/>
        <w:left w:val="single" w:sz="4" w:space="0" w:color="C3529E" w:themeColor="accent6"/>
        <w:bottom w:val="single" w:sz="4" w:space="0" w:color="C3529E" w:themeColor="accent6"/>
        <w:right w:val="single" w:sz="4" w:space="0" w:color="C3529E" w:themeColor="accent6"/>
        <w:insideH w:val="single" w:sz="4" w:space="0" w:color="FFFFFF" w:themeColor="background1"/>
        <w:insideV w:val="single" w:sz="4" w:space="0" w:color="FFFFFF" w:themeColor="background1"/>
      </w:tblBorders>
    </w:tblPr>
    <w:tcPr>
      <w:shd w:val="clear" w:color="auto" w:fill="F9EDF5" w:themeFill="accent6" w:themeFillTint="19"/>
    </w:tcPr>
    <w:tblStylePr w:type="firstRow">
      <w:rPr>
        <w:b/>
        <w:bCs/>
      </w:rPr>
      <w:tblPr/>
      <w:tcPr>
        <w:tcBorders>
          <w:top w:val="nil"/>
          <w:left w:val="nil"/>
          <w:bottom w:val="single" w:sz="24" w:space="0" w:color="E01A5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B2A60" w:themeFill="accent6" w:themeFillShade="99"/>
      </w:tcPr>
    </w:tblStylePr>
    <w:tblStylePr w:type="firstCol">
      <w:rPr>
        <w:color w:val="FFFFFF" w:themeColor="background1"/>
      </w:rPr>
      <w:tblPr/>
      <w:tcPr>
        <w:tcBorders>
          <w:top w:val="nil"/>
          <w:left w:val="nil"/>
          <w:bottom w:val="nil"/>
          <w:right w:val="nil"/>
          <w:insideH w:val="single" w:sz="4" w:space="0" w:color="7B2A60" w:themeColor="accent6" w:themeShade="99"/>
          <w:insideV w:val="nil"/>
        </w:tcBorders>
        <w:shd w:val="clear" w:color="auto" w:fill="7B2A6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7B2A60" w:themeFill="accent6" w:themeFillShade="99"/>
      </w:tcPr>
    </w:tblStylePr>
    <w:tblStylePr w:type="band1Vert">
      <w:tblPr/>
      <w:tcPr>
        <w:shd w:val="clear" w:color="auto" w:fill="E7B9D8" w:themeFill="accent6" w:themeFillTint="66"/>
      </w:tcPr>
    </w:tblStylePr>
    <w:tblStylePr w:type="band1Horz">
      <w:tblPr/>
      <w:tcPr>
        <w:shd w:val="clear" w:color="auto" w:fill="E1A8CE"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618B34" w:themeFill="accent2" w:themeFillShade="CC"/>
      </w:tcPr>
    </w:tblStylePr>
    <w:tblStylePr w:type="lastRow">
      <w:rPr>
        <w:b/>
        <w:bCs/>
        <w:color w:val="618B3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6E8F7" w:themeFill="accent1" w:themeFillTint="19"/>
    </w:tcPr>
    <w:tblStylePr w:type="firstRow">
      <w:rPr>
        <w:b/>
        <w:bCs/>
        <w:color w:val="FFFFFF" w:themeColor="background1"/>
      </w:rPr>
      <w:tblPr/>
      <w:tcPr>
        <w:tcBorders>
          <w:bottom w:val="single" w:sz="12" w:space="0" w:color="FFFFFF" w:themeColor="background1"/>
        </w:tcBorders>
        <w:shd w:val="clear" w:color="auto" w:fill="618B34" w:themeFill="accent2" w:themeFillShade="CC"/>
      </w:tcPr>
    </w:tblStylePr>
    <w:tblStylePr w:type="lastRow">
      <w:rPr>
        <w:b/>
        <w:bCs/>
        <w:color w:val="618B3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2C5EC" w:themeFill="accent1" w:themeFillTint="3F"/>
      </w:tcPr>
    </w:tblStylePr>
    <w:tblStylePr w:type="band1Horz">
      <w:tblPr/>
      <w:tcPr>
        <w:shd w:val="clear" w:color="auto" w:fill="CDD0F0"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1F7EB" w:themeFill="accent2" w:themeFillTint="19"/>
    </w:tcPr>
    <w:tblStylePr w:type="firstRow">
      <w:rPr>
        <w:b/>
        <w:bCs/>
        <w:color w:val="FFFFFF" w:themeColor="background1"/>
      </w:rPr>
      <w:tblPr/>
      <w:tcPr>
        <w:tcBorders>
          <w:bottom w:val="single" w:sz="12" w:space="0" w:color="FFFFFF" w:themeColor="background1"/>
        </w:tcBorders>
        <w:shd w:val="clear" w:color="auto" w:fill="618B34" w:themeFill="accent2" w:themeFillShade="CC"/>
      </w:tcPr>
    </w:tblStylePr>
    <w:tblStylePr w:type="lastRow">
      <w:rPr>
        <w:b/>
        <w:bCs/>
        <w:color w:val="618B3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EECCE" w:themeFill="accent2" w:themeFillTint="3F"/>
      </w:tcPr>
    </w:tblStylePr>
    <w:tblStylePr w:type="band1Horz">
      <w:tblPr/>
      <w:tcPr>
        <w:shd w:val="clear" w:color="auto" w:fill="E4F0D7"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EF1E9" w:themeFill="accent3" w:themeFillTint="19"/>
    </w:tcPr>
    <w:tblStylePr w:type="firstRow">
      <w:rPr>
        <w:b/>
        <w:bCs/>
        <w:color w:val="FFFFFF" w:themeColor="background1"/>
      </w:rPr>
      <w:tblPr/>
      <w:tcPr>
        <w:tcBorders>
          <w:bottom w:val="single" w:sz="12" w:space="0" w:color="FFFFFF" w:themeColor="background1"/>
        </w:tcBorders>
        <w:shd w:val="clear" w:color="auto" w:fill="CDAA01" w:themeFill="accent4" w:themeFillShade="CC"/>
      </w:tcPr>
    </w:tblStylePr>
    <w:tblStylePr w:type="lastRow">
      <w:rPr>
        <w:b/>
        <w:bCs/>
        <w:color w:val="CDAA01"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CDCC9" w:themeFill="accent3" w:themeFillTint="3F"/>
      </w:tcPr>
    </w:tblStylePr>
    <w:tblStylePr w:type="band1Horz">
      <w:tblPr/>
      <w:tcPr>
        <w:shd w:val="clear" w:color="auto" w:fill="FCE3D3"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AE6" w:themeFill="accent4" w:themeFillTint="19"/>
    </w:tcPr>
    <w:tblStylePr w:type="firstRow">
      <w:rPr>
        <w:b/>
        <w:bCs/>
        <w:color w:val="FFFFFF" w:themeColor="background1"/>
      </w:rPr>
      <w:tblPr/>
      <w:tcPr>
        <w:tcBorders>
          <w:bottom w:val="single" w:sz="12" w:space="0" w:color="FFFFFF" w:themeColor="background1"/>
        </w:tcBorders>
        <w:shd w:val="clear" w:color="auto" w:fill="D7580B" w:themeFill="accent3" w:themeFillShade="CC"/>
      </w:tcPr>
    </w:tblStylePr>
    <w:tblStylePr w:type="lastRow">
      <w:rPr>
        <w:b/>
        <w:bCs/>
        <w:color w:val="D7580B"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F4C0" w:themeFill="accent4" w:themeFillTint="3F"/>
      </w:tcPr>
    </w:tblStylePr>
    <w:tblStylePr w:type="band1Horz">
      <w:tblPr/>
      <w:tcPr>
        <w:shd w:val="clear" w:color="auto" w:fill="FEF6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CE8ED" w:themeFill="accent5" w:themeFillTint="19"/>
    </w:tcPr>
    <w:tblStylePr w:type="firstRow">
      <w:rPr>
        <w:b/>
        <w:bCs/>
        <w:color w:val="FFFFFF" w:themeColor="background1"/>
      </w:rPr>
      <w:tblPr/>
      <w:tcPr>
        <w:tcBorders>
          <w:bottom w:val="single" w:sz="12" w:space="0" w:color="FFFFFF" w:themeColor="background1"/>
        </w:tcBorders>
        <w:shd w:val="clear" w:color="auto" w:fill="A43980" w:themeFill="accent6" w:themeFillShade="CC"/>
      </w:tcPr>
    </w:tblStylePr>
    <w:tblStylePr w:type="lastRow">
      <w:rPr>
        <w:b/>
        <w:bCs/>
        <w:color w:val="A43980"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8C5D4" w:themeFill="accent5" w:themeFillTint="3F"/>
      </w:tcPr>
    </w:tblStylePr>
    <w:tblStylePr w:type="band1Horz">
      <w:tblPr/>
      <w:tcPr>
        <w:shd w:val="clear" w:color="auto" w:fill="F9D0DC"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9EDF5" w:themeFill="accent6" w:themeFillTint="19"/>
    </w:tcPr>
    <w:tblStylePr w:type="firstRow">
      <w:rPr>
        <w:b/>
        <w:bCs/>
        <w:color w:val="FFFFFF" w:themeColor="background1"/>
      </w:rPr>
      <w:tblPr/>
      <w:tcPr>
        <w:tcBorders>
          <w:bottom w:val="single" w:sz="12" w:space="0" w:color="FFFFFF" w:themeColor="background1"/>
        </w:tcBorders>
        <w:shd w:val="clear" w:color="auto" w:fill="B31542" w:themeFill="accent5" w:themeFillShade="CC"/>
      </w:tcPr>
    </w:tblStylePr>
    <w:tblStylePr w:type="lastRow">
      <w:rPr>
        <w:b/>
        <w:bCs/>
        <w:color w:val="B31542"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0D4E6" w:themeFill="accent6" w:themeFillTint="3F"/>
      </w:tcPr>
    </w:tblStylePr>
    <w:tblStylePr w:type="band1Horz">
      <w:tblPr/>
      <w:tcPr>
        <w:shd w:val="clear" w:color="auto" w:fill="F3DCEB"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DD0F0" w:themeFill="accent1" w:themeFillTint="33"/>
    </w:tcPr>
    <w:tblStylePr w:type="firstRow">
      <w:rPr>
        <w:b/>
        <w:bCs/>
      </w:rPr>
      <w:tblPr/>
      <w:tcPr>
        <w:shd w:val="clear" w:color="auto" w:fill="9CA1E1" w:themeFill="accent1" w:themeFillTint="66"/>
      </w:tcPr>
    </w:tblStylePr>
    <w:tblStylePr w:type="lastRow">
      <w:rPr>
        <w:b/>
        <w:bCs/>
        <w:color w:val="000000" w:themeColor="text1"/>
      </w:rPr>
      <w:tblPr/>
      <w:tcPr>
        <w:shd w:val="clear" w:color="auto" w:fill="9CA1E1" w:themeFill="accent1" w:themeFillTint="66"/>
      </w:tcPr>
    </w:tblStylePr>
    <w:tblStylePr w:type="firstCol">
      <w:rPr>
        <w:color w:val="FFFFFF" w:themeColor="background1"/>
      </w:rPr>
      <w:tblPr/>
      <w:tcPr>
        <w:shd w:val="clear" w:color="auto" w:fill="21266E" w:themeFill="accent1" w:themeFillShade="BF"/>
      </w:tcPr>
    </w:tblStylePr>
    <w:tblStylePr w:type="lastCol">
      <w:rPr>
        <w:color w:val="FFFFFF" w:themeColor="background1"/>
      </w:rPr>
      <w:tblPr/>
      <w:tcPr>
        <w:shd w:val="clear" w:color="auto" w:fill="21266E" w:themeFill="accent1" w:themeFillShade="BF"/>
      </w:tcPr>
    </w:tblStylePr>
    <w:tblStylePr w:type="band1Vert">
      <w:tblPr/>
      <w:tcPr>
        <w:shd w:val="clear" w:color="auto" w:fill="848ADA" w:themeFill="accent1" w:themeFillTint="7F"/>
      </w:tcPr>
    </w:tblStylePr>
    <w:tblStylePr w:type="band1Horz">
      <w:tblPr/>
      <w:tcPr>
        <w:shd w:val="clear" w:color="auto" w:fill="848ADA"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4F0D7" w:themeFill="accent2" w:themeFillTint="33"/>
    </w:tcPr>
    <w:tblStylePr w:type="firstRow">
      <w:rPr>
        <w:b/>
        <w:bCs/>
      </w:rPr>
      <w:tblPr/>
      <w:tcPr>
        <w:shd w:val="clear" w:color="auto" w:fill="C9E1B0" w:themeFill="accent2" w:themeFillTint="66"/>
      </w:tcPr>
    </w:tblStylePr>
    <w:tblStylePr w:type="lastRow">
      <w:rPr>
        <w:b/>
        <w:bCs/>
        <w:color w:val="000000" w:themeColor="text1"/>
      </w:rPr>
      <w:tblPr/>
      <w:tcPr>
        <w:shd w:val="clear" w:color="auto" w:fill="C9E1B0" w:themeFill="accent2" w:themeFillTint="66"/>
      </w:tcPr>
    </w:tblStylePr>
    <w:tblStylePr w:type="firstCol">
      <w:rPr>
        <w:color w:val="FFFFFF" w:themeColor="background1"/>
      </w:rPr>
      <w:tblPr/>
      <w:tcPr>
        <w:shd w:val="clear" w:color="auto" w:fill="5B8231" w:themeFill="accent2" w:themeFillShade="BF"/>
      </w:tcPr>
    </w:tblStylePr>
    <w:tblStylePr w:type="lastCol">
      <w:rPr>
        <w:color w:val="FFFFFF" w:themeColor="background1"/>
      </w:rPr>
      <w:tblPr/>
      <w:tcPr>
        <w:shd w:val="clear" w:color="auto" w:fill="5B8231" w:themeFill="accent2" w:themeFillShade="BF"/>
      </w:tcPr>
    </w:tblStylePr>
    <w:tblStylePr w:type="band1Vert">
      <w:tblPr/>
      <w:tcPr>
        <w:shd w:val="clear" w:color="auto" w:fill="BCDA9D" w:themeFill="accent2" w:themeFillTint="7F"/>
      </w:tcPr>
    </w:tblStylePr>
    <w:tblStylePr w:type="band1Horz">
      <w:tblPr/>
      <w:tcPr>
        <w:shd w:val="clear" w:color="auto" w:fill="BCDA9D"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CE3D3" w:themeFill="accent3" w:themeFillTint="33"/>
    </w:tcPr>
    <w:tblStylePr w:type="firstRow">
      <w:rPr>
        <w:b/>
        <w:bCs/>
      </w:rPr>
      <w:tblPr/>
      <w:tcPr>
        <w:shd w:val="clear" w:color="auto" w:fill="FAC7A8" w:themeFill="accent3" w:themeFillTint="66"/>
      </w:tcPr>
    </w:tblStylePr>
    <w:tblStylePr w:type="lastRow">
      <w:rPr>
        <w:b/>
        <w:bCs/>
        <w:color w:val="000000" w:themeColor="text1"/>
      </w:rPr>
      <w:tblPr/>
      <w:tcPr>
        <w:shd w:val="clear" w:color="auto" w:fill="FAC7A8" w:themeFill="accent3" w:themeFillTint="66"/>
      </w:tcPr>
    </w:tblStylePr>
    <w:tblStylePr w:type="firstCol">
      <w:rPr>
        <w:color w:val="FFFFFF" w:themeColor="background1"/>
      </w:rPr>
      <w:tblPr/>
      <w:tcPr>
        <w:shd w:val="clear" w:color="auto" w:fill="C9520A" w:themeFill="accent3" w:themeFillShade="BF"/>
      </w:tcPr>
    </w:tblStylePr>
    <w:tblStylePr w:type="lastCol">
      <w:rPr>
        <w:color w:val="FFFFFF" w:themeColor="background1"/>
      </w:rPr>
      <w:tblPr/>
      <w:tcPr>
        <w:shd w:val="clear" w:color="auto" w:fill="C9520A" w:themeFill="accent3" w:themeFillShade="BF"/>
      </w:tcPr>
    </w:tblStylePr>
    <w:tblStylePr w:type="band1Vert">
      <w:tblPr/>
      <w:tcPr>
        <w:shd w:val="clear" w:color="auto" w:fill="F9BA93" w:themeFill="accent3" w:themeFillTint="7F"/>
      </w:tcPr>
    </w:tblStylePr>
    <w:tblStylePr w:type="band1Horz">
      <w:tblPr/>
      <w:tcPr>
        <w:shd w:val="clear" w:color="auto" w:fill="F9BA93"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EF6CC" w:themeFill="accent4" w:themeFillTint="33"/>
    </w:tcPr>
    <w:tblStylePr w:type="firstRow">
      <w:rPr>
        <w:b/>
        <w:bCs/>
      </w:rPr>
      <w:tblPr/>
      <w:tcPr>
        <w:shd w:val="clear" w:color="auto" w:fill="FEED9A" w:themeFill="accent4" w:themeFillTint="66"/>
      </w:tcPr>
    </w:tblStylePr>
    <w:tblStylePr w:type="lastRow">
      <w:rPr>
        <w:b/>
        <w:bCs/>
        <w:color w:val="000000" w:themeColor="text1"/>
      </w:rPr>
      <w:tblPr/>
      <w:tcPr>
        <w:shd w:val="clear" w:color="auto" w:fill="FEED9A" w:themeFill="accent4" w:themeFillTint="66"/>
      </w:tcPr>
    </w:tblStylePr>
    <w:tblStylePr w:type="firstCol">
      <w:rPr>
        <w:color w:val="FFFFFF" w:themeColor="background1"/>
      </w:rPr>
      <w:tblPr/>
      <w:tcPr>
        <w:shd w:val="clear" w:color="auto" w:fill="C09F00" w:themeFill="accent4" w:themeFillShade="BF"/>
      </w:tcPr>
    </w:tblStylePr>
    <w:tblStylePr w:type="lastCol">
      <w:rPr>
        <w:color w:val="FFFFFF" w:themeColor="background1"/>
      </w:rPr>
      <w:tblPr/>
      <w:tcPr>
        <w:shd w:val="clear" w:color="auto" w:fill="C09F00" w:themeFill="accent4" w:themeFillShade="BF"/>
      </w:tcPr>
    </w:tblStylePr>
    <w:tblStylePr w:type="band1Vert">
      <w:tblPr/>
      <w:tcPr>
        <w:shd w:val="clear" w:color="auto" w:fill="FEE881" w:themeFill="accent4" w:themeFillTint="7F"/>
      </w:tcPr>
    </w:tblStylePr>
    <w:tblStylePr w:type="band1Horz">
      <w:tblPr/>
      <w:tcPr>
        <w:shd w:val="clear" w:color="auto" w:fill="FEE881"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9D0DC" w:themeFill="accent5" w:themeFillTint="33"/>
    </w:tcPr>
    <w:tblStylePr w:type="firstRow">
      <w:rPr>
        <w:b/>
        <w:bCs/>
      </w:rPr>
      <w:tblPr/>
      <w:tcPr>
        <w:shd w:val="clear" w:color="auto" w:fill="F4A1B9" w:themeFill="accent5" w:themeFillTint="66"/>
      </w:tcPr>
    </w:tblStylePr>
    <w:tblStylePr w:type="lastRow">
      <w:rPr>
        <w:b/>
        <w:bCs/>
        <w:color w:val="000000" w:themeColor="text1"/>
      </w:rPr>
      <w:tblPr/>
      <w:tcPr>
        <w:shd w:val="clear" w:color="auto" w:fill="F4A1B9" w:themeFill="accent5" w:themeFillTint="66"/>
      </w:tcPr>
    </w:tblStylePr>
    <w:tblStylePr w:type="firstCol">
      <w:rPr>
        <w:color w:val="FFFFFF" w:themeColor="background1"/>
      </w:rPr>
      <w:tblPr/>
      <w:tcPr>
        <w:shd w:val="clear" w:color="auto" w:fill="A7133E" w:themeFill="accent5" w:themeFillShade="BF"/>
      </w:tcPr>
    </w:tblStylePr>
    <w:tblStylePr w:type="lastCol">
      <w:rPr>
        <w:color w:val="FFFFFF" w:themeColor="background1"/>
      </w:rPr>
      <w:tblPr/>
      <w:tcPr>
        <w:shd w:val="clear" w:color="auto" w:fill="A7133E" w:themeFill="accent5" w:themeFillShade="BF"/>
      </w:tcPr>
    </w:tblStylePr>
    <w:tblStylePr w:type="band1Vert">
      <w:tblPr/>
      <w:tcPr>
        <w:shd w:val="clear" w:color="auto" w:fill="F18AA8" w:themeFill="accent5" w:themeFillTint="7F"/>
      </w:tcPr>
    </w:tblStylePr>
    <w:tblStylePr w:type="band1Horz">
      <w:tblPr/>
      <w:tcPr>
        <w:shd w:val="clear" w:color="auto" w:fill="F18AA8"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3DCEB" w:themeFill="accent6" w:themeFillTint="33"/>
    </w:tcPr>
    <w:tblStylePr w:type="firstRow">
      <w:rPr>
        <w:b/>
        <w:bCs/>
      </w:rPr>
      <w:tblPr/>
      <w:tcPr>
        <w:shd w:val="clear" w:color="auto" w:fill="E7B9D8" w:themeFill="accent6" w:themeFillTint="66"/>
      </w:tcPr>
    </w:tblStylePr>
    <w:tblStylePr w:type="lastRow">
      <w:rPr>
        <w:b/>
        <w:bCs/>
        <w:color w:val="000000" w:themeColor="text1"/>
      </w:rPr>
      <w:tblPr/>
      <w:tcPr>
        <w:shd w:val="clear" w:color="auto" w:fill="E7B9D8" w:themeFill="accent6" w:themeFillTint="66"/>
      </w:tcPr>
    </w:tblStylePr>
    <w:tblStylePr w:type="firstCol">
      <w:rPr>
        <w:color w:val="FFFFFF" w:themeColor="background1"/>
      </w:rPr>
      <w:tblPr/>
      <w:tcPr>
        <w:shd w:val="clear" w:color="auto" w:fill="993578" w:themeFill="accent6" w:themeFillShade="BF"/>
      </w:tcPr>
    </w:tblStylePr>
    <w:tblStylePr w:type="lastCol">
      <w:rPr>
        <w:color w:val="FFFFFF" w:themeColor="background1"/>
      </w:rPr>
      <w:tblPr/>
      <w:tcPr>
        <w:shd w:val="clear" w:color="auto" w:fill="993578" w:themeFill="accent6" w:themeFillShade="BF"/>
      </w:tcPr>
    </w:tblStylePr>
    <w:tblStylePr w:type="band1Vert">
      <w:tblPr/>
      <w:tcPr>
        <w:shd w:val="clear" w:color="auto" w:fill="E1A8CE" w:themeFill="accent6" w:themeFillTint="7F"/>
      </w:tcPr>
    </w:tblStylePr>
    <w:tblStylePr w:type="band1Horz">
      <w:tblPr/>
      <w:tcPr>
        <w:shd w:val="clear" w:color="auto" w:fill="E1A8CE" w:themeFill="accent6" w:themeFillTint="7F"/>
      </w:tcPr>
    </w:tblStylePr>
  </w:style>
  <w:style w:type="table" w:styleId="PlainTable1">
    <w:name w:val="Plain Table 1"/>
    <w:basedOn w:val="TableNormal"/>
    <w:uiPriority w:val="99"/>
    <w:rsid w:val="00AD0AE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4">
    <w:name w:val="Plain Table 4"/>
    <w:basedOn w:val="TableNormal"/>
    <w:uiPriority w:val="99"/>
    <w:rsid w:val="00FC79E8"/>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Web">
    <w:name w:val="Normal (Web)"/>
    <w:basedOn w:val="Normal"/>
    <w:uiPriority w:val="99"/>
    <w:semiHidden/>
    <w:unhideWhenUsed/>
    <w:rsid w:val="001123B3"/>
    <w:rPr>
      <w:rFonts w:ascii="Times New Roman" w:hAnsi="Times New Roman" w:cs="Times New Roman"/>
      <w:sz w:val="24"/>
      <w:szCs w:val="24"/>
    </w:rPr>
  </w:style>
  <w:style w:type="table" w:styleId="PlainTable5">
    <w:name w:val="Plain Table 5"/>
    <w:basedOn w:val="TableNormal"/>
    <w:uiPriority w:val="99"/>
    <w:rsid w:val="002749FD"/>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2">
    <w:name w:val="Plain Table 2"/>
    <w:basedOn w:val="TableNormal"/>
    <w:uiPriority w:val="99"/>
    <w:rsid w:val="002749F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Leonardo Carer Support">
      <a:dk1>
        <a:sysClr val="windowText" lastClr="000000"/>
      </a:dk1>
      <a:lt1>
        <a:sysClr val="window" lastClr="FFFFFF"/>
      </a:lt1>
      <a:dk2>
        <a:srgbClr val="4A52A3"/>
      </a:dk2>
      <a:lt2>
        <a:srgbClr val="9FCC3B"/>
      </a:lt2>
      <a:accent1>
        <a:srgbClr val="2C3493"/>
      </a:accent1>
      <a:accent2>
        <a:srgbClr val="7AAE42"/>
      </a:accent2>
      <a:accent3>
        <a:srgbClr val="F47527"/>
      </a:accent3>
      <a:accent4>
        <a:srgbClr val="FED304"/>
      </a:accent4>
      <a:accent5>
        <a:srgbClr val="E01A54"/>
      </a:accent5>
      <a:accent6>
        <a:srgbClr val="C3529E"/>
      </a:accent6>
      <a:hlink>
        <a:srgbClr val="4A52A3"/>
      </a:hlink>
      <a:folHlink>
        <a:srgbClr val="FFFFFF"/>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1C501CF05D7F6458E893D65C39A63B1" ma:contentTypeVersion="12" ma:contentTypeDescription="Create a new document." ma:contentTypeScope="" ma:versionID="7aafb405a74ad11db08290c79e3b2b4c">
  <xsd:schema xmlns:xsd="http://www.w3.org/2001/XMLSchema" xmlns:xs="http://www.w3.org/2001/XMLSchema" xmlns:p="http://schemas.microsoft.com/office/2006/metadata/properties" xmlns:ns2="ecde878a-e421-41de-9df6-a4f3f03207f0" xmlns:ns3="eac10a40-8ce8-410f-9517-93a147868a8a" targetNamespace="http://schemas.microsoft.com/office/2006/metadata/properties" ma:root="true" ma:fieldsID="28a2192bae9a2cec22fedfebccc572c2" ns2:_="" ns3:_="">
    <xsd:import namespace="ecde878a-e421-41de-9df6-a4f3f03207f0"/>
    <xsd:import namespace="eac10a40-8ce8-410f-9517-93a147868a8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de878a-e421-41de-9df6-a4f3f03207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5e63039b-0b75-430c-9395-28ffa4e83567"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ac10a40-8ce8-410f-9517-93a147868a8a"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cce4b592-3488-4446-bd2b-130831a85ed5}" ma:internalName="TaxCatchAll" ma:showField="CatchAllData" ma:web="eac10a40-8ce8-410f-9517-93a147868a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ac10a40-8ce8-410f-9517-93a147868a8a" xsi:nil="true"/>
    <lcf76f155ced4ddcb4097134ff3c332f xmlns="ecde878a-e421-41de-9df6-a4f3f03207f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88DECF-907E-4FD0-88B0-7860F19E50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de878a-e421-41de-9df6-a4f3f03207f0"/>
    <ds:schemaRef ds:uri="eac10a40-8ce8-410f-9517-93a147868a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1C31FB1-2532-4288-B6D5-F5B64F9B7F82}">
  <ds:schemaRefs>
    <ds:schemaRef ds:uri="http://schemas.microsoft.com/office/2006/metadata/properties"/>
    <ds:schemaRef ds:uri="http://schemas.microsoft.com/office/infopath/2007/PartnerControls"/>
    <ds:schemaRef ds:uri="eac10a40-8ce8-410f-9517-93a147868a8a"/>
    <ds:schemaRef ds:uri="ecde878a-e421-41de-9df6-a4f3f03207f0"/>
  </ds:schemaRefs>
</ds:datastoreItem>
</file>

<file path=customXml/itemProps3.xml><?xml version="1.0" encoding="utf-8"?>
<ds:datastoreItem xmlns:ds="http://schemas.openxmlformats.org/officeDocument/2006/customXml" ds:itemID="{3BC09353-F55F-4F0F-8B93-1963FD2DE836}">
  <ds:schemaRefs>
    <ds:schemaRef ds:uri="http://schemas.microsoft.com/sharepoint/v3/contenttype/forms"/>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5</Pages>
  <Words>839</Words>
  <Characters>4784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5612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Sophie</cp:lastModifiedBy>
  <cp:revision>75</cp:revision>
  <cp:lastPrinted>2026-09-25T11:43:00Z</cp:lastPrinted>
  <dcterms:created xsi:type="dcterms:W3CDTF">2026-09-22T13:16:00Z</dcterms:created>
  <dcterms:modified xsi:type="dcterms:W3CDTF">2026-09-25T12:11:00Z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0x01010061C501CF05D7F6458E893D65C39A63B1</vt:lpwstr>
  </property>
  <property fmtid="{D5CDD505-2E9C-101B-9397-08002B2CF9AE}" pid="3" name="MediaServiceImageTags">
    <vt:lpwstr/>
  </property>
</Properties>
</file>